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9AB6E" w14:textId="687CCEA5" w:rsidR="006165B6" w:rsidRPr="00E95314" w:rsidRDefault="00F62F0F" w:rsidP="006165B6">
      <w:pPr>
        <w:spacing w:after="0" w:line="240" w:lineRule="auto"/>
        <w:jc w:val="both"/>
        <w:rPr>
          <w:rFonts w:ascii="Arial" w:hAnsi="Arial" w:cs="Arial"/>
          <w:b w:val="0"/>
        </w:rPr>
      </w:pPr>
      <w:r w:rsidRPr="00E95314">
        <w:rPr>
          <w:rFonts w:ascii="Arial" w:eastAsia="Times New Roman" w:hAnsi="Arial" w:cs="Arial"/>
          <w:bCs/>
          <w:color w:val="000000"/>
          <w:kern w:val="28"/>
          <w:lang w:eastAsia="pt-BR"/>
        </w:rPr>
        <w:t>ATA DA VIGÉSIMA NONA SESSÃO ORDINÁRIA DA DÉCIMA SEXTA LEGISLATURA, REALIZADA ÀS DEZENOVE HORAS DO DIA SEIS DE JULHO DE DOIS MIL E VINTE E SEIS.</w:t>
      </w:r>
      <w:r w:rsidRPr="00E95314">
        <w:rPr>
          <w:rFonts w:ascii="Arial" w:eastAsia="Times New Roman" w:hAnsi="Arial" w:cs="Arial"/>
          <w:color w:val="000000"/>
          <w:kern w:val="28"/>
          <w:lang w:eastAsia="pt-BR"/>
        </w:rPr>
        <w:t xml:space="preserve">  </w:t>
      </w:r>
      <w:r w:rsidRPr="00E95314">
        <w:rPr>
          <w:rFonts w:ascii="Arial" w:eastAsia="Times New Roman" w:hAnsi="Arial" w:cs="Arial"/>
          <w:b w:val="0"/>
          <w:bCs/>
          <w:color w:val="000000"/>
          <w:kern w:val="28"/>
          <w:lang w:eastAsia="pt-BR"/>
        </w:rPr>
        <w:t xml:space="preserve">Aos seis </w:t>
      </w:r>
      <w:proofErr w:type="spellStart"/>
      <w:r w:rsidRPr="00E95314">
        <w:rPr>
          <w:rFonts w:ascii="Arial" w:eastAsia="Times New Roman" w:hAnsi="Arial" w:cs="Arial"/>
          <w:b w:val="0"/>
          <w:bCs/>
          <w:color w:val="000000"/>
          <w:kern w:val="28"/>
          <w:lang w:eastAsia="pt-BR"/>
        </w:rPr>
        <w:t>dias</w:t>
      </w:r>
      <w:proofErr w:type="spellEnd"/>
      <w:r w:rsidRPr="00E95314">
        <w:rPr>
          <w:rFonts w:ascii="Arial" w:eastAsia="Times New Roman" w:hAnsi="Arial" w:cs="Arial"/>
          <w:b w:val="0"/>
          <w:bCs/>
          <w:color w:val="000000"/>
          <w:kern w:val="28"/>
          <w:lang w:eastAsia="pt-BR"/>
        </w:rPr>
        <w:t xml:space="preserve"> do </w:t>
      </w:r>
      <w:proofErr w:type="spellStart"/>
      <w:r w:rsidRPr="00E95314">
        <w:rPr>
          <w:rFonts w:ascii="Arial" w:eastAsia="Times New Roman" w:hAnsi="Arial" w:cs="Arial"/>
          <w:b w:val="0"/>
          <w:bCs/>
          <w:color w:val="000000"/>
          <w:kern w:val="28"/>
          <w:lang w:eastAsia="pt-BR"/>
        </w:rPr>
        <w:t>mês</w:t>
      </w:r>
      <w:proofErr w:type="spellEnd"/>
      <w:r w:rsidRPr="00E95314">
        <w:rPr>
          <w:rFonts w:ascii="Arial" w:eastAsia="Times New Roman" w:hAnsi="Arial" w:cs="Arial"/>
          <w:b w:val="0"/>
          <w:bCs/>
          <w:color w:val="000000"/>
          <w:kern w:val="28"/>
          <w:lang w:eastAsia="pt-BR"/>
        </w:rPr>
        <w:t xml:space="preserve"> de </w:t>
      </w:r>
      <w:proofErr w:type="spellStart"/>
      <w:r w:rsidRPr="00E95314">
        <w:rPr>
          <w:rFonts w:ascii="Arial" w:eastAsia="Times New Roman" w:hAnsi="Arial" w:cs="Arial"/>
          <w:b w:val="0"/>
          <w:bCs/>
          <w:color w:val="000000"/>
          <w:kern w:val="28"/>
          <w:lang w:eastAsia="pt-BR"/>
        </w:rPr>
        <w:t>julho</w:t>
      </w:r>
      <w:proofErr w:type="spellEnd"/>
      <w:r w:rsidRPr="00E95314">
        <w:rPr>
          <w:rFonts w:ascii="Arial" w:hAnsi="Arial" w:cs="Arial"/>
          <w:b w:val="0"/>
          <w:bCs/>
        </w:rPr>
        <w:t xml:space="preserve"> de </w:t>
      </w:r>
      <w:proofErr w:type="spellStart"/>
      <w:r w:rsidRPr="00E95314">
        <w:rPr>
          <w:rFonts w:ascii="Arial" w:hAnsi="Arial" w:cs="Arial"/>
          <w:b w:val="0"/>
          <w:bCs/>
        </w:rPr>
        <w:t>dois</w:t>
      </w:r>
      <w:proofErr w:type="spellEnd"/>
      <w:r w:rsidRPr="00E95314">
        <w:rPr>
          <w:rFonts w:ascii="Arial" w:hAnsi="Arial" w:cs="Arial"/>
          <w:b w:val="0"/>
          <w:bCs/>
        </w:rPr>
        <w:t xml:space="preserve"> mil e </w:t>
      </w:r>
      <w:proofErr w:type="spellStart"/>
      <w:r w:rsidRPr="00E95314">
        <w:rPr>
          <w:rFonts w:ascii="Arial" w:hAnsi="Arial" w:cs="Arial"/>
          <w:b w:val="0"/>
          <w:bCs/>
        </w:rPr>
        <w:t>vinte</w:t>
      </w:r>
      <w:proofErr w:type="spellEnd"/>
      <w:r w:rsidRPr="00E95314">
        <w:rPr>
          <w:rFonts w:ascii="Arial" w:hAnsi="Arial" w:cs="Arial"/>
          <w:b w:val="0"/>
          <w:bCs/>
        </w:rPr>
        <w:t xml:space="preserve"> seis, </w:t>
      </w:r>
      <w:proofErr w:type="spellStart"/>
      <w:r w:rsidRPr="00E95314">
        <w:rPr>
          <w:rFonts w:ascii="Arial" w:hAnsi="Arial" w:cs="Arial"/>
          <w:b w:val="0"/>
          <w:bCs/>
        </w:rPr>
        <w:t>às</w:t>
      </w:r>
      <w:proofErr w:type="spellEnd"/>
      <w:r w:rsidRPr="00E95314">
        <w:rPr>
          <w:rFonts w:ascii="Arial" w:hAnsi="Arial" w:cs="Arial"/>
          <w:b w:val="0"/>
          <w:bCs/>
        </w:rPr>
        <w:t xml:space="preserve"> </w:t>
      </w:r>
      <w:proofErr w:type="spellStart"/>
      <w:r w:rsidRPr="00E95314">
        <w:rPr>
          <w:rFonts w:ascii="Arial" w:hAnsi="Arial" w:cs="Arial"/>
          <w:b w:val="0"/>
          <w:bCs/>
        </w:rPr>
        <w:t>dezenove</w:t>
      </w:r>
      <w:proofErr w:type="spellEnd"/>
      <w:r w:rsidRPr="00E95314">
        <w:rPr>
          <w:rFonts w:ascii="Arial" w:hAnsi="Arial" w:cs="Arial"/>
          <w:b w:val="0"/>
          <w:bCs/>
        </w:rPr>
        <w:t xml:space="preserve"> horas, </w:t>
      </w:r>
      <w:proofErr w:type="spellStart"/>
      <w:r w:rsidRPr="00E95314">
        <w:rPr>
          <w:rFonts w:ascii="Arial" w:hAnsi="Arial" w:cs="Arial"/>
          <w:b w:val="0"/>
          <w:bCs/>
        </w:rPr>
        <w:t>nas</w:t>
      </w:r>
      <w:proofErr w:type="spellEnd"/>
      <w:r w:rsidRPr="00E95314">
        <w:rPr>
          <w:rFonts w:ascii="Arial" w:hAnsi="Arial" w:cs="Arial"/>
          <w:b w:val="0"/>
          <w:bCs/>
        </w:rPr>
        <w:t xml:space="preserve"> </w:t>
      </w:r>
      <w:proofErr w:type="spellStart"/>
      <w:r w:rsidRPr="00E95314">
        <w:rPr>
          <w:rFonts w:ascii="Arial" w:hAnsi="Arial" w:cs="Arial"/>
          <w:b w:val="0"/>
          <w:bCs/>
        </w:rPr>
        <w:t>dependências</w:t>
      </w:r>
      <w:proofErr w:type="spellEnd"/>
      <w:r w:rsidRPr="00E95314">
        <w:rPr>
          <w:rFonts w:ascii="Arial" w:hAnsi="Arial" w:cs="Arial"/>
          <w:b w:val="0"/>
          <w:bCs/>
        </w:rPr>
        <w:t xml:space="preserve"> da Câmara Municipal de </w:t>
      </w:r>
      <w:proofErr w:type="spellStart"/>
      <w:r w:rsidRPr="00E95314">
        <w:rPr>
          <w:rFonts w:ascii="Arial" w:hAnsi="Arial" w:cs="Arial"/>
          <w:b w:val="0"/>
          <w:bCs/>
        </w:rPr>
        <w:t>Vereadores</w:t>
      </w:r>
      <w:proofErr w:type="spellEnd"/>
      <w:r w:rsidRPr="00E95314">
        <w:rPr>
          <w:rFonts w:ascii="Arial" w:hAnsi="Arial" w:cs="Arial"/>
          <w:b w:val="0"/>
          <w:bCs/>
        </w:rPr>
        <w:t xml:space="preserve"> de </w:t>
      </w:r>
      <w:proofErr w:type="spellStart"/>
      <w:r w:rsidRPr="00E95314">
        <w:rPr>
          <w:rFonts w:ascii="Arial" w:hAnsi="Arial" w:cs="Arial"/>
          <w:b w:val="0"/>
          <w:bCs/>
        </w:rPr>
        <w:t>Tuparendi</w:t>
      </w:r>
      <w:proofErr w:type="spellEnd"/>
      <w:r w:rsidRPr="00E95314">
        <w:rPr>
          <w:rFonts w:ascii="Arial" w:hAnsi="Arial" w:cs="Arial"/>
          <w:b w:val="0"/>
          <w:bCs/>
        </w:rPr>
        <w:t xml:space="preserve">/RS, </w:t>
      </w:r>
      <w:proofErr w:type="spellStart"/>
      <w:r w:rsidRPr="00E95314">
        <w:rPr>
          <w:rFonts w:ascii="Arial" w:hAnsi="Arial" w:cs="Arial"/>
          <w:b w:val="0"/>
          <w:bCs/>
        </w:rPr>
        <w:t>na</w:t>
      </w:r>
      <w:proofErr w:type="spellEnd"/>
      <w:r w:rsidRPr="00E95314">
        <w:rPr>
          <w:rFonts w:ascii="Arial" w:hAnsi="Arial" w:cs="Arial"/>
          <w:b w:val="0"/>
          <w:bCs/>
        </w:rPr>
        <w:t xml:space="preserve"> Sala de </w:t>
      </w:r>
      <w:proofErr w:type="spellStart"/>
      <w:r w:rsidRPr="00E95314">
        <w:rPr>
          <w:rFonts w:ascii="Arial" w:hAnsi="Arial" w:cs="Arial"/>
          <w:b w:val="0"/>
          <w:bCs/>
        </w:rPr>
        <w:t>Sessões</w:t>
      </w:r>
      <w:proofErr w:type="spellEnd"/>
      <w:r w:rsidRPr="00E95314">
        <w:rPr>
          <w:rFonts w:ascii="Arial" w:hAnsi="Arial" w:cs="Arial"/>
          <w:b w:val="0"/>
          <w:bCs/>
        </w:rPr>
        <w:t xml:space="preserve">, </w:t>
      </w:r>
      <w:proofErr w:type="spellStart"/>
      <w:r w:rsidRPr="00E95314">
        <w:rPr>
          <w:rFonts w:ascii="Arial" w:hAnsi="Arial" w:cs="Arial"/>
          <w:b w:val="0"/>
          <w:bCs/>
        </w:rPr>
        <w:t>reuniu</w:t>
      </w:r>
      <w:proofErr w:type="spellEnd"/>
      <w:r w:rsidRPr="00E95314">
        <w:rPr>
          <w:rFonts w:ascii="Arial" w:hAnsi="Arial" w:cs="Arial"/>
          <w:b w:val="0"/>
          <w:bCs/>
        </w:rPr>
        <w:t xml:space="preserve">-se </w:t>
      </w:r>
      <w:proofErr w:type="spellStart"/>
      <w:r w:rsidRPr="00E95314">
        <w:rPr>
          <w:rFonts w:ascii="Arial" w:hAnsi="Arial" w:cs="Arial"/>
          <w:b w:val="0"/>
          <w:bCs/>
        </w:rPr>
        <w:t>os</w:t>
      </w:r>
      <w:proofErr w:type="spellEnd"/>
      <w:r w:rsidRPr="00E95314">
        <w:rPr>
          <w:rFonts w:ascii="Arial" w:hAnsi="Arial" w:cs="Arial"/>
          <w:b w:val="0"/>
          <w:bCs/>
        </w:rPr>
        <w:t xml:space="preserve"> </w:t>
      </w:r>
      <w:proofErr w:type="spellStart"/>
      <w:r w:rsidRPr="00E95314">
        <w:rPr>
          <w:rFonts w:ascii="Arial" w:hAnsi="Arial" w:cs="Arial"/>
          <w:b w:val="0"/>
          <w:bCs/>
        </w:rPr>
        <w:t>Vereadores</w:t>
      </w:r>
      <w:proofErr w:type="spellEnd"/>
      <w:r w:rsidRPr="00E95314">
        <w:rPr>
          <w:rFonts w:ascii="Arial" w:hAnsi="Arial" w:cs="Arial"/>
          <w:b w:val="0"/>
          <w:bCs/>
        </w:rPr>
        <w:t xml:space="preserve">, </w:t>
      </w:r>
      <w:proofErr w:type="spellStart"/>
      <w:r w:rsidRPr="00E95314">
        <w:rPr>
          <w:rFonts w:ascii="Arial" w:hAnsi="Arial" w:cs="Arial"/>
          <w:b w:val="0"/>
          <w:bCs/>
        </w:rPr>
        <w:t>na</w:t>
      </w:r>
      <w:proofErr w:type="spellEnd"/>
      <w:r w:rsidRPr="00E95314">
        <w:rPr>
          <w:rFonts w:ascii="Arial" w:hAnsi="Arial" w:cs="Arial"/>
          <w:b w:val="0"/>
          <w:bCs/>
        </w:rPr>
        <w:t xml:space="preserve"> 29ª </w:t>
      </w:r>
      <w:proofErr w:type="spellStart"/>
      <w:r w:rsidRPr="00E95314">
        <w:rPr>
          <w:rFonts w:ascii="Arial" w:hAnsi="Arial" w:cs="Arial"/>
          <w:b w:val="0"/>
          <w:bCs/>
        </w:rPr>
        <w:t>Vigésima</w:t>
      </w:r>
      <w:proofErr w:type="spellEnd"/>
      <w:r w:rsidRPr="00E95314">
        <w:rPr>
          <w:rFonts w:ascii="Arial" w:hAnsi="Arial" w:cs="Arial"/>
          <w:b w:val="0"/>
          <w:bCs/>
        </w:rPr>
        <w:t xml:space="preserve"> Nona </w:t>
      </w:r>
      <w:proofErr w:type="spellStart"/>
      <w:r w:rsidRPr="00E95314">
        <w:rPr>
          <w:rFonts w:ascii="Arial" w:hAnsi="Arial" w:cs="Arial"/>
          <w:b w:val="0"/>
          <w:bCs/>
        </w:rPr>
        <w:t>Sessão</w:t>
      </w:r>
      <w:proofErr w:type="spellEnd"/>
      <w:r w:rsidRPr="00E95314">
        <w:rPr>
          <w:rFonts w:ascii="Arial" w:hAnsi="Arial" w:cs="Arial"/>
          <w:b w:val="0"/>
          <w:bCs/>
        </w:rPr>
        <w:t xml:space="preserve"> </w:t>
      </w:r>
      <w:proofErr w:type="spellStart"/>
      <w:r w:rsidRPr="00E95314">
        <w:rPr>
          <w:rFonts w:ascii="Arial" w:hAnsi="Arial" w:cs="Arial"/>
          <w:b w:val="0"/>
          <w:bCs/>
        </w:rPr>
        <w:t>Ordinária</w:t>
      </w:r>
      <w:proofErr w:type="spellEnd"/>
      <w:r w:rsidRPr="00E95314">
        <w:rPr>
          <w:rFonts w:ascii="Arial" w:hAnsi="Arial" w:cs="Arial"/>
          <w:b w:val="0"/>
          <w:bCs/>
        </w:rPr>
        <w:t xml:space="preserve">. </w:t>
      </w:r>
      <w:proofErr w:type="spellStart"/>
      <w:r w:rsidRPr="00E95314">
        <w:rPr>
          <w:rFonts w:ascii="Arial" w:hAnsi="Arial" w:cs="Arial"/>
          <w:b w:val="0"/>
          <w:bCs/>
        </w:rPr>
        <w:t>Estando</w:t>
      </w:r>
      <w:proofErr w:type="spellEnd"/>
      <w:r w:rsidRPr="00E95314">
        <w:rPr>
          <w:rFonts w:ascii="Arial" w:hAnsi="Arial" w:cs="Arial"/>
          <w:b w:val="0"/>
          <w:bCs/>
        </w:rPr>
        <w:t xml:space="preserve"> </w:t>
      </w:r>
      <w:proofErr w:type="spellStart"/>
      <w:r w:rsidRPr="00E95314">
        <w:rPr>
          <w:rFonts w:ascii="Arial" w:hAnsi="Arial" w:cs="Arial"/>
          <w:b w:val="0"/>
          <w:bCs/>
        </w:rPr>
        <w:t>presentes</w:t>
      </w:r>
      <w:proofErr w:type="spellEnd"/>
      <w:r w:rsidRPr="00E95314">
        <w:rPr>
          <w:rFonts w:ascii="Arial" w:hAnsi="Arial" w:cs="Arial"/>
          <w:b w:val="0"/>
          <w:bCs/>
        </w:rPr>
        <w:t xml:space="preserve"> </w:t>
      </w:r>
      <w:proofErr w:type="spellStart"/>
      <w:r w:rsidRPr="00E95314">
        <w:rPr>
          <w:rFonts w:ascii="Arial" w:hAnsi="Arial" w:cs="Arial"/>
          <w:b w:val="0"/>
          <w:bCs/>
        </w:rPr>
        <w:t>os</w:t>
      </w:r>
      <w:proofErr w:type="spellEnd"/>
      <w:r w:rsidRPr="00E95314">
        <w:rPr>
          <w:rFonts w:ascii="Arial" w:hAnsi="Arial" w:cs="Arial"/>
          <w:b w:val="0"/>
          <w:bCs/>
        </w:rPr>
        <w:t xml:space="preserve"> senhores </w:t>
      </w:r>
      <w:proofErr w:type="spellStart"/>
      <w:r w:rsidRPr="00E95314">
        <w:rPr>
          <w:rFonts w:ascii="Arial" w:hAnsi="Arial" w:cs="Arial"/>
          <w:b w:val="0"/>
          <w:bCs/>
        </w:rPr>
        <w:t>vereadores</w:t>
      </w:r>
      <w:proofErr w:type="spellEnd"/>
      <w:r w:rsidRPr="00E95314">
        <w:rPr>
          <w:rFonts w:ascii="Arial" w:hAnsi="Arial" w:cs="Arial"/>
          <w:b w:val="0"/>
          <w:bCs/>
        </w:rPr>
        <w:t xml:space="preserve">: Eliza Andrighetti Konzen (PT), Everton Pablo dos Santos Tusi (MDB), Flávio Pawlak (PP), Francesco Antonio Dallenogare (PL), Gisele </w:t>
      </w:r>
      <w:proofErr w:type="spellStart"/>
      <w:r w:rsidRPr="00E95314">
        <w:rPr>
          <w:rFonts w:ascii="Arial" w:hAnsi="Arial" w:cs="Arial"/>
          <w:b w:val="0"/>
          <w:bCs/>
        </w:rPr>
        <w:t>Deggeroni</w:t>
      </w:r>
      <w:proofErr w:type="spellEnd"/>
      <w:r w:rsidRPr="00E95314">
        <w:rPr>
          <w:rFonts w:ascii="Arial" w:hAnsi="Arial" w:cs="Arial"/>
          <w:b w:val="0"/>
          <w:bCs/>
        </w:rPr>
        <w:t xml:space="preserve"> Mattiazzi (PP), Jonas Ribeiro (PDT), Milton Khane </w:t>
      </w:r>
      <w:proofErr w:type="spellStart"/>
      <w:r w:rsidRPr="00E95314">
        <w:rPr>
          <w:rFonts w:ascii="Arial" w:hAnsi="Arial" w:cs="Arial"/>
          <w:b w:val="0"/>
          <w:bCs/>
        </w:rPr>
        <w:t>Sichinel</w:t>
      </w:r>
      <w:proofErr w:type="spellEnd"/>
      <w:r w:rsidRPr="00E95314">
        <w:rPr>
          <w:rFonts w:ascii="Arial" w:hAnsi="Arial" w:cs="Arial"/>
          <w:b w:val="0"/>
          <w:bCs/>
        </w:rPr>
        <w:t xml:space="preserve"> (MDB), </w:t>
      </w:r>
      <w:proofErr w:type="spellStart"/>
      <w:r w:rsidRPr="00E95314">
        <w:rPr>
          <w:rFonts w:ascii="Arial" w:hAnsi="Arial" w:cs="Arial"/>
          <w:b w:val="0"/>
          <w:bCs/>
        </w:rPr>
        <w:t>Nerci</w:t>
      </w:r>
      <w:proofErr w:type="spellEnd"/>
      <w:r w:rsidRPr="00E95314">
        <w:rPr>
          <w:rFonts w:ascii="Arial" w:hAnsi="Arial" w:cs="Arial"/>
          <w:b w:val="0"/>
          <w:bCs/>
        </w:rPr>
        <w:t xml:space="preserve"> de Souza (PDT) e Rafael Hermans (PP)</w:t>
      </w:r>
      <w:r w:rsidRPr="00E95314">
        <w:rPr>
          <w:rFonts w:ascii="Arial" w:eastAsia="Times New Roman" w:hAnsi="Arial" w:cs="Arial"/>
          <w:b w:val="0"/>
          <w:bCs/>
          <w:color w:val="000000"/>
          <w:kern w:val="28"/>
          <w:lang w:eastAsia="pt-BR"/>
        </w:rPr>
        <w:t>.</w:t>
      </w:r>
      <w:r w:rsidRPr="00E95314">
        <w:rPr>
          <w:rFonts w:ascii="Arial" w:hAnsi="Arial" w:cs="Arial"/>
          <w:b w:val="0"/>
          <w:bCs/>
        </w:rPr>
        <w:t xml:space="preserve"> </w:t>
      </w:r>
      <w:proofErr w:type="spellStart"/>
      <w:r w:rsidRPr="00E95314">
        <w:rPr>
          <w:rFonts w:ascii="Arial" w:hAnsi="Arial" w:cs="Arial"/>
          <w:b w:val="0"/>
          <w:bCs/>
        </w:rPr>
        <w:t>Os</w:t>
      </w:r>
      <w:proofErr w:type="spellEnd"/>
      <w:r w:rsidRPr="00E95314">
        <w:rPr>
          <w:rFonts w:ascii="Arial" w:hAnsi="Arial" w:cs="Arial"/>
          <w:b w:val="0"/>
          <w:bCs/>
        </w:rPr>
        <w:t xml:space="preserve"> </w:t>
      </w:r>
      <w:proofErr w:type="spellStart"/>
      <w:r w:rsidRPr="00E95314">
        <w:rPr>
          <w:rFonts w:ascii="Arial" w:hAnsi="Arial" w:cs="Arial"/>
          <w:b w:val="0"/>
          <w:bCs/>
        </w:rPr>
        <w:t>trabalhos</w:t>
      </w:r>
      <w:proofErr w:type="spellEnd"/>
      <w:r w:rsidRPr="00E95314">
        <w:rPr>
          <w:rFonts w:ascii="Arial" w:hAnsi="Arial" w:cs="Arial"/>
          <w:b w:val="0"/>
          <w:bCs/>
        </w:rPr>
        <w:t xml:space="preserve"> </w:t>
      </w:r>
      <w:proofErr w:type="spellStart"/>
      <w:r w:rsidRPr="00E95314">
        <w:rPr>
          <w:rFonts w:ascii="Arial" w:hAnsi="Arial" w:cs="Arial"/>
          <w:b w:val="0"/>
          <w:bCs/>
        </w:rPr>
        <w:t>foram</w:t>
      </w:r>
      <w:proofErr w:type="spellEnd"/>
      <w:r w:rsidRPr="00E95314">
        <w:rPr>
          <w:rFonts w:ascii="Arial" w:hAnsi="Arial" w:cs="Arial"/>
          <w:b w:val="0"/>
          <w:bCs/>
        </w:rPr>
        <w:t xml:space="preserve"> </w:t>
      </w:r>
      <w:proofErr w:type="spellStart"/>
      <w:r w:rsidRPr="00E95314">
        <w:rPr>
          <w:rFonts w:ascii="Arial" w:hAnsi="Arial" w:cs="Arial"/>
          <w:b w:val="0"/>
          <w:bCs/>
        </w:rPr>
        <w:t>abertos</w:t>
      </w:r>
      <w:proofErr w:type="spellEnd"/>
      <w:r w:rsidRPr="00E95314">
        <w:rPr>
          <w:rFonts w:ascii="Arial" w:hAnsi="Arial" w:cs="Arial"/>
          <w:b w:val="0"/>
          <w:bCs/>
        </w:rPr>
        <w:t xml:space="preserve"> </w:t>
      </w:r>
      <w:proofErr w:type="spellStart"/>
      <w:r w:rsidRPr="00E95314">
        <w:rPr>
          <w:rFonts w:ascii="Arial" w:hAnsi="Arial" w:cs="Arial"/>
          <w:b w:val="0"/>
          <w:bCs/>
        </w:rPr>
        <w:t>em</w:t>
      </w:r>
      <w:proofErr w:type="spellEnd"/>
      <w:r w:rsidRPr="00E95314">
        <w:rPr>
          <w:rFonts w:ascii="Arial" w:hAnsi="Arial" w:cs="Arial"/>
          <w:b w:val="0"/>
          <w:bCs/>
        </w:rPr>
        <w:t xml:space="preserve"> </w:t>
      </w:r>
      <w:proofErr w:type="spellStart"/>
      <w:r w:rsidRPr="00E95314">
        <w:rPr>
          <w:rFonts w:ascii="Arial" w:hAnsi="Arial" w:cs="Arial"/>
          <w:b w:val="0"/>
          <w:bCs/>
        </w:rPr>
        <w:t>nome</w:t>
      </w:r>
      <w:proofErr w:type="spellEnd"/>
      <w:r w:rsidRPr="00E95314">
        <w:rPr>
          <w:rFonts w:ascii="Arial" w:hAnsi="Arial" w:cs="Arial"/>
          <w:b w:val="0"/>
          <w:bCs/>
        </w:rPr>
        <w:t xml:space="preserve"> de Deus e da </w:t>
      </w:r>
      <w:proofErr w:type="spellStart"/>
      <w:r w:rsidRPr="00E95314">
        <w:rPr>
          <w:rFonts w:ascii="Arial" w:hAnsi="Arial" w:cs="Arial"/>
          <w:b w:val="0"/>
          <w:bCs/>
        </w:rPr>
        <w:t>Pátria</w:t>
      </w:r>
      <w:proofErr w:type="spellEnd"/>
      <w:r w:rsidRPr="00E95314">
        <w:rPr>
          <w:rFonts w:ascii="Arial" w:hAnsi="Arial" w:cs="Arial"/>
          <w:b w:val="0"/>
          <w:bCs/>
        </w:rPr>
        <w:t xml:space="preserve"> </w:t>
      </w:r>
      <w:proofErr w:type="spellStart"/>
      <w:r w:rsidRPr="00E95314">
        <w:rPr>
          <w:rFonts w:ascii="Arial" w:hAnsi="Arial" w:cs="Arial"/>
          <w:b w:val="0"/>
          <w:bCs/>
        </w:rPr>
        <w:t>pelo</w:t>
      </w:r>
      <w:proofErr w:type="spellEnd"/>
      <w:r w:rsidRPr="00E95314">
        <w:rPr>
          <w:rFonts w:ascii="Arial" w:hAnsi="Arial" w:cs="Arial"/>
          <w:b w:val="0"/>
          <w:bCs/>
        </w:rPr>
        <w:t xml:space="preserve"> Presidente. </w:t>
      </w:r>
      <w:proofErr w:type="spellStart"/>
      <w:r w:rsidRPr="00E95314">
        <w:rPr>
          <w:rFonts w:ascii="Arial" w:hAnsi="Arial" w:cs="Arial"/>
          <w:b w:val="0"/>
          <w:bCs/>
        </w:rPr>
        <w:t>Registrou</w:t>
      </w:r>
      <w:proofErr w:type="spellEnd"/>
      <w:r w:rsidRPr="00E95314">
        <w:rPr>
          <w:rFonts w:ascii="Arial" w:hAnsi="Arial" w:cs="Arial"/>
          <w:b w:val="0"/>
          <w:bCs/>
        </w:rPr>
        <w:t xml:space="preserve"> a </w:t>
      </w:r>
      <w:proofErr w:type="spellStart"/>
      <w:r w:rsidRPr="00E95314">
        <w:rPr>
          <w:rFonts w:ascii="Arial" w:hAnsi="Arial" w:cs="Arial"/>
          <w:b w:val="0"/>
          <w:bCs/>
        </w:rPr>
        <w:t>presença</w:t>
      </w:r>
      <w:proofErr w:type="spellEnd"/>
      <w:r w:rsidRPr="00E95314">
        <w:rPr>
          <w:rFonts w:ascii="Arial" w:hAnsi="Arial" w:cs="Arial"/>
          <w:b w:val="0"/>
          <w:bCs/>
        </w:rPr>
        <w:t xml:space="preserve"> dos </w:t>
      </w:r>
      <w:proofErr w:type="spellStart"/>
      <w:r w:rsidRPr="00E95314">
        <w:rPr>
          <w:rFonts w:ascii="Arial" w:hAnsi="Arial" w:cs="Arial"/>
          <w:b w:val="0"/>
          <w:bCs/>
        </w:rPr>
        <w:t>vereadores</w:t>
      </w:r>
      <w:proofErr w:type="spellEnd"/>
      <w:r w:rsidRPr="00E95314">
        <w:rPr>
          <w:rFonts w:ascii="Arial" w:hAnsi="Arial" w:cs="Arial"/>
          <w:b w:val="0"/>
          <w:bCs/>
        </w:rPr>
        <w:t xml:space="preserve">. Em </w:t>
      </w:r>
      <w:proofErr w:type="spellStart"/>
      <w:r w:rsidRPr="00E95314">
        <w:rPr>
          <w:rFonts w:ascii="Arial" w:hAnsi="Arial" w:cs="Arial"/>
          <w:b w:val="0"/>
          <w:bCs/>
        </w:rPr>
        <w:t>seguida</w:t>
      </w:r>
      <w:proofErr w:type="spellEnd"/>
      <w:r w:rsidRPr="00E95314">
        <w:rPr>
          <w:rFonts w:ascii="Arial" w:hAnsi="Arial" w:cs="Arial"/>
          <w:b w:val="0"/>
          <w:bCs/>
        </w:rPr>
        <w:t xml:space="preserve"> </w:t>
      </w:r>
      <w:proofErr w:type="spellStart"/>
      <w:r w:rsidRPr="00E95314">
        <w:rPr>
          <w:rFonts w:ascii="Arial" w:hAnsi="Arial" w:cs="Arial"/>
          <w:b w:val="0"/>
          <w:bCs/>
        </w:rPr>
        <w:t>passou</w:t>
      </w:r>
      <w:proofErr w:type="spellEnd"/>
      <w:r w:rsidRPr="00E95314">
        <w:rPr>
          <w:rFonts w:ascii="Arial" w:hAnsi="Arial" w:cs="Arial"/>
          <w:b w:val="0"/>
          <w:bCs/>
        </w:rPr>
        <w:t xml:space="preserve">-se para a </w:t>
      </w:r>
      <w:proofErr w:type="spellStart"/>
      <w:r w:rsidRPr="00E95314">
        <w:rPr>
          <w:rFonts w:ascii="Arial" w:hAnsi="Arial" w:cs="Arial"/>
          <w:b w:val="0"/>
          <w:bCs/>
        </w:rPr>
        <w:t>votação</w:t>
      </w:r>
      <w:proofErr w:type="spellEnd"/>
      <w:r w:rsidRPr="00E95314">
        <w:rPr>
          <w:rFonts w:ascii="Arial" w:hAnsi="Arial" w:cs="Arial"/>
          <w:b w:val="0"/>
          <w:bCs/>
        </w:rPr>
        <w:t xml:space="preserve"> da </w:t>
      </w:r>
      <w:proofErr w:type="spellStart"/>
      <w:r w:rsidRPr="00E95314">
        <w:rPr>
          <w:rFonts w:ascii="Arial" w:hAnsi="Arial" w:cs="Arial"/>
          <w:b w:val="0"/>
          <w:bCs/>
        </w:rPr>
        <w:t>ata</w:t>
      </w:r>
      <w:proofErr w:type="spellEnd"/>
      <w:r w:rsidRPr="00E95314">
        <w:rPr>
          <w:rFonts w:ascii="Arial" w:hAnsi="Arial" w:cs="Arial"/>
          <w:b w:val="0"/>
          <w:bCs/>
        </w:rPr>
        <w:t>:</w:t>
      </w:r>
      <w:r w:rsidRPr="00E95314">
        <w:rPr>
          <w:rFonts w:ascii="Arial" w:eastAsia="Times New Roman" w:hAnsi="Arial" w:cs="Arial"/>
          <w:b w:val="0"/>
          <w:bCs/>
          <w:kern w:val="28"/>
          <w:lang w:eastAsia="pt-BR"/>
        </w:rPr>
        <w:t xml:space="preserve"> Ata da 28ª </w:t>
      </w:r>
      <w:proofErr w:type="spellStart"/>
      <w:r w:rsidRPr="00E95314">
        <w:rPr>
          <w:rFonts w:ascii="Arial" w:eastAsia="Times New Roman" w:hAnsi="Arial" w:cs="Arial"/>
          <w:b w:val="0"/>
          <w:bCs/>
          <w:kern w:val="28"/>
          <w:lang w:eastAsia="pt-BR"/>
        </w:rPr>
        <w:t>Sessão</w:t>
      </w:r>
      <w:proofErr w:type="spellEnd"/>
      <w:r w:rsidRPr="00E95314">
        <w:rPr>
          <w:rFonts w:ascii="Arial" w:eastAsia="Times New Roman" w:hAnsi="Arial" w:cs="Arial"/>
          <w:b w:val="0"/>
          <w:bCs/>
          <w:kern w:val="28"/>
          <w:lang w:eastAsia="pt-BR"/>
        </w:rPr>
        <w:t xml:space="preserve"> </w:t>
      </w:r>
      <w:proofErr w:type="spellStart"/>
      <w:r w:rsidRPr="00E95314">
        <w:rPr>
          <w:rFonts w:ascii="Arial" w:eastAsia="Times New Roman" w:hAnsi="Arial" w:cs="Arial"/>
          <w:b w:val="0"/>
          <w:bCs/>
          <w:kern w:val="28"/>
          <w:lang w:eastAsia="pt-BR"/>
        </w:rPr>
        <w:t>Ordinária</w:t>
      </w:r>
      <w:proofErr w:type="spellEnd"/>
      <w:r w:rsidRPr="00E95314">
        <w:rPr>
          <w:rFonts w:ascii="Arial" w:eastAsia="Times New Roman" w:hAnsi="Arial" w:cs="Arial"/>
          <w:b w:val="0"/>
          <w:bCs/>
          <w:kern w:val="28"/>
          <w:lang w:eastAsia="pt-BR"/>
        </w:rPr>
        <w:t xml:space="preserve">, </w:t>
      </w:r>
      <w:proofErr w:type="spellStart"/>
      <w:r w:rsidRPr="00E95314">
        <w:rPr>
          <w:rFonts w:ascii="Arial" w:eastAsia="Times New Roman" w:hAnsi="Arial" w:cs="Arial"/>
          <w:b w:val="0"/>
          <w:bCs/>
          <w:kern w:val="28"/>
          <w:lang w:eastAsia="pt-BR"/>
        </w:rPr>
        <w:t>realizada</w:t>
      </w:r>
      <w:proofErr w:type="spellEnd"/>
      <w:r w:rsidRPr="00E95314">
        <w:rPr>
          <w:rFonts w:ascii="Arial" w:eastAsia="Times New Roman" w:hAnsi="Arial" w:cs="Arial"/>
          <w:b w:val="0"/>
          <w:bCs/>
          <w:kern w:val="28"/>
          <w:lang w:eastAsia="pt-BR"/>
        </w:rPr>
        <w:t xml:space="preserve"> no </w:t>
      </w:r>
      <w:proofErr w:type="spellStart"/>
      <w:r w:rsidRPr="00E95314">
        <w:rPr>
          <w:rFonts w:ascii="Arial" w:eastAsia="Times New Roman" w:hAnsi="Arial" w:cs="Arial"/>
          <w:b w:val="0"/>
          <w:bCs/>
          <w:kern w:val="28"/>
          <w:lang w:eastAsia="pt-BR"/>
        </w:rPr>
        <w:t>dia</w:t>
      </w:r>
      <w:proofErr w:type="spellEnd"/>
      <w:r w:rsidRPr="00E95314">
        <w:rPr>
          <w:rFonts w:ascii="Arial" w:eastAsia="Times New Roman" w:hAnsi="Arial" w:cs="Arial"/>
          <w:b w:val="0"/>
          <w:bCs/>
          <w:kern w:val="28"/>
          <w:lang w:eastAsia="pt-BR"/>
        </w:rPr>
        <w:t xml:space="preserve"> quinze de </w:t>
      </w:r>
      <w:proofErr w:type="spellStart"/>
      <w:r w:rsidRPr="00E95314">
        <w:rPr>
          <w:rFonts w:ascii="Arial" w:eastAsia="Times New Roman" w:hAnsi="Arial" w:cs="Arial"/>
          <w:b w:val="0"/>
          <w:bCs/>
          <w:kern w:val="28"/>
          <w:lang w:eastAsia="pt-BR"/>
        </w:rPr>
        <w:t>junho</w:t>
      </w:r>
      <w:proofErr w:type="spellEnd"/>
      <w:r w:rsidRPr="00E95314">
        <w:rPr>
          <w:rFonts w:ascii="Arial" w:eastAsia="Times New Roman" w:hAnsi="Arial" w:cs="Arial"/>
          <w:b w:val="0"/>
          <w:bCs/>
          <w:kern w:val="28"/>
          <w:lang w:eastAsia="pt-BR"/>
        </w:rPr>
        <w:t xml:space="preserve"> de 2026, </w:t>
      </w:r>
      <w:proofErr w:type="spellStart"/>
      <w:r w:rsidRPr="00E95314">
        <w:rPr>
          <w:rFonts w:ascii="Arial" w:hAnsi="Arial" w:cs="Arial"/>
          <w:b w:val="0"/>
          <w:bCs/>
        </w:rPr>
        <w:t>ata</w:t>
      </w:r>
      <w:proofErr w:type="spellEnd"/>
      <w:r w:rsidRPr="00E95314">
        <w:rPr>
          <w:rFonts w:ascii="Arial" w:hAnsi="Arial" w:cs="Arial"/>
          <w:b w:val="0"/>
          <w:bCs/>
        </w:rPr>
        <w:t xml:space="preserve"> </w:t>
      </w:r>
      <w:proofErr w:type="spellStart"/>
      <w:r w:rsidRPr="00E95314">
        <w:rPr>
          <w:rFonts w:ascii="Arial" w:hAnsi="Arial" w:cs="Arial"/>
          <w:b w:val="0"/>
          <w:bCs/>
          <w:u w:val="single"/>
        </w:rPr>
        <w:t>aprovada</w:t>
      </w:r>
      <w:proofErr w:type="spellEnd"/>
      <w:r w:rsidRPr="00E95314">
        <w:rPr>
          <w:rFonts w:ascii="Arial" w:hAnsi="Arial" w:cs="Arial"/>
          <w:b w:val="0"/>
          <w:bCs/>
          <w:u w:val="single"/>
        </w:rPr>
        <w:t xml:space="preserve"> </w:t>
      </w:r>
      <w:proofErr w:type="spellStart"/>
      <w:r w:rsidRPr="00E95314">
        <w:rPr>
          <w:rFonts w:ascii="Arial" w:hAnsi="Arial" w:cs="Arial"/>
          <w:b w:val="0"/>
          <w:bCs/>
          <w:u w:val="single"/>
        </w:rPr>
        <w:t>por</w:t>
      </w:r>
      <w:proofErr w:type="spellEnd"/>
      <w:r w:rsidRPr="00E95314">
        <w:rPr>
          <w:rFonts w:ascii="Arial" w:hAnsi="Arial" w:cs="Arial"/>
          <w:b w:val="0"/>
          <w:bCs/>
          <w:u w:val="single"/>
        </w:rPr>
        <w:t xml:space="preserve"> </w:t>
      </w:r>
      <w:proofErr w:type="spellStart"/>
      <w:r w:rsidRPr="00E95314">
        <w:rPr>
          <w:rFonts w:ascii="Arial" w:hAnsi="Arial" w:cs="Arial"/>
          <w:b w:val="0"/>
          <w:bCs/>
          <w:u w:val="single"/>
        </w:rPr>
        <w:t>unanimidade</w:t>
      </w:r>
      <w:proofErr w:type="spellEnd"/>
      <w:r w:rsidRPr="00E95314">
        <w:rPr>
          <w:rFonts w:ascii="Arial" w:hAnsi="Arial" w:cs="Arial"/>
          <w:b w:val="0"/>
          <w:bCs/>
          <w:u w:val="single"/>
        </w:rPr>
        <w:t xml:space="preserve"> de </w:t>
      </w:r>
      <w:proofErr w:type="spellStart"/>
      <w:r w:rsidRPr="00E95314">
        <w:rPr>
          <w:rFonts w:ascii="Arial" w:hAnsi="Arial" w:cs="Arial"/>
          <w:b w:val="0"/>
          <w:bCs/>
          <w:u w:val="single"/>
        </w:rPr>
        <w:t>votos</w:t>
      </w:r>
      <w:proofErr w:type="spellEnd"/>
      <w:r w:rsidRPr="00E95314">
        <w:rPr>
          <w:rFonts w:ascii="Arial" w:hAnsi="Arial" w:cs="Arial"/>
          <w:b w:val="0"/>
          <w:bCs/>
          <w:u w:val="single"/>
        </w:rPr>
        <w:t>.</w:t>
      </w:r>
      <w:r w:rsidRPr="00E95314">
        <w:rPr>
          <w:rFonts w:ascii="Arial" w:eastAsia="Times New Roman" w:hAnsi="Arial" w:cs="Arial"/>
          <w:b w:val="0"/>
          <w:bCs/>
          <w:kern w:val="28"/>
          <w:lang w:eastAsia="pt-BR"/>
        </w:rPr>
        <w:t xml:space="preserve"> A </w:t>
      </w:r>
      <w:proofErr w:type="spellStart"/>
      <w:r w:rsidRPr="00E95314">
        <w:rPr>
          <w:rFonts w:ascii="Arial" w:eastAsia="Times New Roman" w:hAnsi="Arial" w:cs="Arial"/>
          <w:b w:val="0"/>
          <w:bCs/>
          <w:kern w:val="28"/>
          <w:lang w:eastAsia="pt-BR"/>
        </w:rPr>
        <w:t>Secretária</w:t>
      </w:r>
      <w:proofErr w:type="spellEnd"/>
      <w:r w:rsidRPr="00E95314">
        <w:rPr>
          <w:rFonts w:ascii="Arial" w:eastAsia="Times New Roman" w:hAnsi="Arial" w:cs="Arial"/>
          <w:b w:val="0"/>
          <w:bCs/>
          <w:kern w:val="28"/>
          <w:lang w:eastAsia="pt-BR"/>
        </w:rPr>
        <w:t xml:space="preserve"> </w:t>
      </w:r>
      <w:r w:rsidRPr="00E95314">
        <w:rPr>
          <w:rFonts w:ascii="Arial" w:hAnsi="Arial" w:cs="Arial"/>
          <w:b w:val="0"/>
          <w:bCs/>
        </w:rPr>
        <w:t>Eliza Helena Andrighetti Konzen</w:t>
      </w:r>
      <w:r w:rsidRPr="00E95314">
        <w:rPr>
          <w:rFonts w:ascii="Arial" w:eastAsia="Times New Roman" w:hAnsi="Arial" w:cs="Arial"/>
          <w:b w:val="0"/>
          <w:bCs/>
          <w:kern w:val="28"/>
          <w:lang w:eastAsia="pt-BR"/>
        </w:rPr>
        <w:t xml:space="preserve">, fez a </w:t>
      </w:r>
      <w:proofErr w:type="spellStart"/>
      <w:r w:rsidRPr="00E95314">
        <w:rPr>
          <w:rFonts w:ascii="Arial" w:eastAsia="Times New Roman" w:hAnsi="Arial" w:cs="Arial"/>
          <w:b w:val="0"/>
          <w:bCs/>
          <w:kern w:val="28"/>
          <w:lang w:eastAsia="pt-BR"/>
        </w:rPr>
        <w:t>leitura</w:t>
      </w:r>
      <w:proofErr w:type="spellEnd"/>
      <w:r w:rsidRPr="00E95314">
        <w:rPr>
          <w:rFonts w:ascii="Arial" w:eastAsia="Times New Roman" w:hAnsi="Arial" w:cs="Arial"/>
          <w:b w:val="0"/>
          <w:bCs/>
          <w:kern w:val="28"/>
          <w:lang w:eastAsia="pt-BR"/>
        </w:rPr>
        <w:t xml:space="preserve"> das </w:t>
      </w:r>
      <w:proofErr w:type="spellStart"/>
      <w:r w:rsidRPr="00E95314">
        <w:rPr>
          <w:rFonts w:ascii="Arial" w:eastAsia="Times New Roman" w:hAnsi="Arial" w:cs="Arial"/>
          <w:b w:val="0"/>
          <w:bCs/>
          <w:kern w:val="28"/>
          <w:lang w:eastAsia="pt-BR"/>
        </w:rPr>
        <w:t>correspondências</w:t>
      </w:r>
      <w:proofErr w:type="spellEnd"/>
      <w:r w:rsidRPr="00E95314">
        <w:rPr>
          <w:rFonts w:ascii="Arial" w:eastAsia="Times New Roman" w:hAnsi="Arial" w:cs="Arial"/>
          <w:b w:val="0"/>
          <w:bCs/>
          <w:kern w:val="28"/>
          <w:lang w:eastAsia="pt-BR"/>
        </w:rPr>
        <w:t xml:space="preserve"> </w:t>
      </w:r>
      <w:proofErr w:type="spellStart"/>
      <w:r w:rsidRPr="00E95314">
        <w:rPr>
          <w:rFonts w:ascii="Arial" w:eastAsia="Times New Roman" w:hAnsi="Arial" w:cs="Arial"/>
          <w:b w:val="0"/>
          <w:bCs/>
          <w:kern w:val="28"/>
          <w:lang w:eastAsia="pt-BR"/>
        </w:rPr>
        <w:t>recebidas</w:t>
      </w:r>
      <w:proofErr w:type="spellEnd"/>
      <w:r w:rsidRPr="00E95314">
        <w:rPr>
          <w:rFonts w:ascii="Arial" w:eastAsia="Times New Roman" w:hAnsi="Arial" w:cs="Arial"/>
          <w:b w:val="0"/>
          <w:bCs/>
          <w:kern w:val="28"/>
          <w:lang w:eastAsia="pt-BR"/>
        </w:rPr>
        <w:t xml:space="preserve"> e </w:t>
      </w:r>
      <w:proofErr w:type="spellStart"/>
      <w:r w:rsidRPr="00E95314">
        <w:rPr>
          <w:rFonts w:ascii="Arial" w:eastAsia="Times New Roman" w:hAnsi="Arial" w:cs="Arial"/>
          <w:b w:val="0"/>
          <w:bCs/>
          <w:kern w:val="28"/>
          <w:lang w:eastAsia="pt-BR"/>
        </w:rPr>
        <w:t>expedidas</w:t>
      </w:r>
      <w:proofErr w:type="spellEnd"/>
      <w:r w:rsidR="00C51B3D" w:rsidRPr="00E95314">
        <w:rPr>
          <w:rFonts w:ascii="Arial" w:eastAsia="Times New Roman" w:hAnsi="Arial" w:cs="Arial"/>
          <w:b w:val="0"/>
          <w:bCs/>
          <w:kern w:val="28"/>
          <w:lang w:eastAsia="pt-BR"/>
        </w:rPr>
        <w:t xml:space="preserve"> Lidas as </w:t>
      </w:r>
      <w:proofErr w:type="spellStart"/>
      <w:r w:rsidR="00C51B3D" w:rsidRPr="00E95314">
        <w:rPr>
          <w:rFonts w:ascii="Arial" w:eastAsia="Times New Roman" w:hAnsi="Arial" w:cs="Arial"/>
          <w:b w:val="0"/>
          <w:bCs/>
          <w:kern w:val="28"/>
          <w:lang w:eastAsia="pt-BR"/>
        </w:rPr>
        <w:t>correspondências</w:t>
      </w:r>
      <w:proofErr w:type="spellEnd"/>
      <w:r w:rsidR="00C51B3D" w:rsidRPr="00E95314">
        <w:rPr>
          <w:rFonts w:ascii="Arial" w:eastAsia="Times New Roman" w:hAnsi="Arial" w:cs="Arial"/>
          <w:b w:val="0"/>
          <w:bCs/>
          <w:kern w:val="28"/>
          <w:lang w:eastAsia="pt-BR"/>
        </w:rPr>
        <w:t xml:space="preserve"> </w:t>
      </w:r>
      <w:proofErr w:type="spellStart"/>
      <w:r w:rsidR="00C51B3D" w:rsidRPr="00E95314">
        <w:rPr>
          <w:rFonts w:ascii="Arial" w:eastAsia="Times New Roman" w:hAnsi="Arial" w:cs="Arial"/>
          <w:b w:val="0"/>
          <w:bCs/>
          <w:kern w:val="28"/>
          <w:lang w:eastAsia="pt-BR"/>
        </w:rPr>
        <w:t>recebidas</w:t>
      </w:r>
      <w:proofErr w:type="spellEnd"/>
      <w:r w:rsidR="00C51B3D" w:rsidRPr="00E95314">
        <w:rPr>
          <w:rFonts w:ascii="Arial" w:eastAsia="Times New Roman" w:hAnsi="Arial" w:cs="Arial"/>
          <w:b w:val="0"/>
          <w:bCs/>
          <w:kern w:val="28"/>
          <w:lang w:eastAsia="pt-BR"/>
        </w:rPr>
        <w:t xml:space="preserve">, </w:t>
      </w:r>
      <w:proofErr w:type="spellStart"/>
      <w:r w:rsidR="00C51B3D" w:rsidRPr="00E95314">
        <w:rPr>
          <w:rFonts w:ascii="Arial" w:eastAsia="Times New Roman" w:hAnsi="Arial" w:cs="Arial"/>
          <w:b w:val="0"/>
          <w:bCs/>
          <w:kern w:val="28"/>
          <w:lang w:eastAsia="pt-BR"/>
        </w:rPr>
        <w:t>deu</w:t>
      </w:r>
      <w:proofErr w:type="spellEnd"/>
      <w:r w:rsidR="00C51B3D" w:rsidRPr="00E95314">
        <w:rPr>
          <w:rFonts w:ascii="Arial" w:eastAsia="Times New Roman" w:hAnsi="Arial" w:cs="Arial"/>
          <w:b w:val="0"/>
          <w:bCs/>
          <w:kern w:val="28"/>
          <w:lang w:eastAsia="pt-BR"/>
        </w:rPr>
        <w:t xml:space="preserve">-se </w:t>
      </w:r>
      <w:proofErr w:type="spellStart"/>
      <w:r w:rsidRPr="00E95314">
        <w:rPr>
          <w:rFonts w:ascii="Arial" w:hAnsi="Arial" w:cs="Arial"/>
          <w:b w:val="0"/>
        </w:rPr>
        <w:t>continuidade</w:t>
      </w:r>
      <w:proofErr w:type="spellEnd"/>
      <w:r w:rsidR="00C51B3D" w:rsidRPr="00E95314">
        <w:rPr>
          <w:rFonts w:ascii="Arial" w:hAnsi="Arial" w:cs="Arial"/>
          <w:b w:val="0"/>
        </w:rPr>
        <w:t xml:space="preserve"> a</w:t>
      </w:r>
      <w:r w:rsidRPr="00E95314">
        <w:rPr>
          <w:rFonts w:ascii="Arial" w:hAnsi="Arial" w:cs="Arial"/>
          <w:b w:val="0"/>
        </w:rPr>
        <w:t xml:space="preserve"> </w:t>
      </w:r>
      <w:proofErr w:type="spellStart"/>
      <w:r w:rsidRPr="00E95314">
        <w:rPr>
          <w:rFonts w:ascii="Arial" w:hAnsi="Arial" w:cs="Arial"/>
          <w:b w:val="0"/>
        </w:rPr>
        <w:t>leitura</w:t>
      </w:r>
      <w:proofErr w:type="spellEnd"/>
      <w:r w:rsidRPr="00E95314">
        <w:rPr>
          <w:rFonts w:ascii="Arial" w:hAnsi="Arial" w:cs="Arial"/>
          <w:b w:val="0"/>
        </w:rPr>
        <w:t xml:space="preserve"> do </w:t>
      </w:r>
      <w:proofErr w:type="spellStart"/>
      <w:r w:rsidRPr="00E95314">
        <w:rPr>
          <w:rFonts w:ascii="Arial" w:hAnsi="Arial" w:cs="Arial"/>
          <w:b w:val="0"/>
        </w:rPr>
        <w:t>relatório</w:t>
      </w:r>
      <w:proofErr w:type="spellEnd"/>
      <w:r w:rsidRPr="00E95314">
        <w:rPr>
          <w:rFonts w:ascii="Arial" w:hAnsi="Arial" w:cs="Arial"/>
          <w:b w:val="0"/>
        </w:rPr>
        <w:t xml:space="preserve"> de fiscalização e auditoria interna, enviada por e-mail do controle interno. </w:t>
      </w:r>
      <w:r w:rsidR="009046AB" w:rsidRPr="00E95314">
        <w:rPr>
          <w:rFonts w:ascii="Arial" w:hAnsi="Arial" w:cs="Arial"/>
          <w:b w:val="0"/>
        </w:rPr>
        <w:t xml:space="preserve">O Presidente </w:t>
      </w:r>
      <w:proofErr w:type="spellStart"/>
      <w:r w:rsidR="009046AB" w:rsidRPr="00E95314">
        <w:rPr>
          <w:rFonts w:ascii="Arial" w:hAnsi="Arial" w:cs="Arial"/>
          <w:b w:val="0"/>
        </w:rPr>
        <w:t>então</w:t>
      </w:r>
      <w:proofErr w:type="spellEnd"/>
      <w:r w:rsidR="009046AB" w:rsidRPr="00E95314">
        <w:rPr>
          <w:rFonts w:ascii="Arial" w:hAnsi="Arial" w:cs="Arial"/>
          <w:b w:val="0"/>
        </w:rPr>
        <w:t xml:space="preserve"> </w:t>
      </w:r>
      <w:proofErr w:type="spellStart"/>
      <w:r w:rsidR="009046AB" w:rsidRPr="00E95314">
        <w:rPr>
          <w:rFonts w:ascii="Arial" w:hAnsi="Arial" w:cs="Arial"/>
          <w:b w:val="0"/>
        </w:rPr>
        <w:t>orientou</w:t>
      </w:r>
      <w:proofErr w:type="spellEnd"/>
      <w:r w:rsidR="009046AB" w:rsidRPr="00E95314">
        <w:rPr>
          <w:rFonts w:ascii="Arial" w:hAnsi="Arial" w:cs="Arial"/>
          <w:b w:val="0"/>
        </w:rPr>
        <w:t xml:space="preserve"> a </w:t>
      </w:r>
      <w:proofErr w:type="spellStart"/>
      <w:r w:rsidR="009046AB" w:rsidRPr="00E95314">
        <w:rPr>
          <w:rFonts w:ascii="Arial" w:hAnsi="Arial" w:cs="Arial"/>
          <w:b w:val="0"/>
        </w:rPr>
        <w:t>secretaria</w:t>
      </w:r>
      <w:proofErr w:type="spellEnd"/>
      <w:r w:rsidR="009046AB" w:rsidRPr="00E95314">
        <w:rPr>
          <w:rFonts w:ascii="Arial" w:hAnsi="Arial" w:cs="Arial"/>
          <w:b w:val="0"/>
        </w:rPr>
        <w:t xml:space="preserve"> que a </w:t>
      </w:r>
      <w:proofErr w:type="spellStart"/>
      <w:r w:rsidR="009046AB" w:rsidRPr="00E95314">
        <w:rPr>
          <w:rFonts w:ascii="Arial" w:hAnsi="Arial" w:cs="Arial"/>
          <w:b w:val="0"/>
        </w:rPr>
        <w:t>leitura</w:t>
      </w:r>
      <w:proofErr w:type="spellEnd"/>
      <w:r w:rsidR="009046AB" w:rsidRPr="00E95314">
        <w:rPr>
          <w:rFonts w:ascii="Arial" w:hAnsi="Arial" w:cs="Arial"/>
          <w:b w:val="0"/>
        </w:rPr>
        <w:t xml:space="preserve"> do </w:t>
      </w:r>
      <w:proofErr w:type="spellStart"/>
      <w:r w:rsidR="009046AB" w:rsidRPr="00E95314">
        <w:rPr>
          <w:rFonts w:ascii="Arial" w:hAnsi="Arial" w:cs="Arial"/>
          <w:b w:val="0"/>
        </w:rPr>
        <w:t>relatório</w:t>
      </w:r>
      <w:proofErr w:type="spellEnd"/>
      <w:r w:rsidR="009046AB" w:rsidRPr="00E95314">
        <w:rPr>
          <w:rFonts w:ascii="Arial" w:hAnsi="Arial" w:cs="Arial"/>
          <w:b w:val="0"/>
        </w:rPr>
        <w:t xml:space="preserve">, </w:t>
      </w:r>
      <w:proofErr w:type="spellStart"/>
      <w:r w:rsidR="009046AB" w:rsidRPr="00E95314">
        <w:rPr>
          <w:rFonts w:ascii="Arial" w:hAnsi="Arial" w:cs="Arial"/>
          <w:b w:val="0"/>
        </w:rPr>
        <w:t>em</w:t>
      </w:r>
      <w:proofErr w:type="spellEnd"/>
      <w:r w:rsidR="009046AB" w:rsidRPr="00E95314">
        <w:rPr>
          <w:rFonts w:ascii="Arial" w:hAnsi="Arial" w:cs="Arial"/>
          <w:b w:val="0"/>
        </w:rPr>
        <w:t xml:space="preserve"> </w:t>
      </w:r>
      <w:proofErr w:type="spellStart"/>
      <w:r w:rsidR="009046AB" w:rsidRPr="00E95314">
        <w:rPr>
          <w:rFonts w:ascii="Arial" w:hAnsi="Arial" w:cs="Arial"/>
          <w:b w:val="0"/>
        </w:rPr>
        <w:t>cumprimento</w:t>
      </w:r>
      <w:proofErr w:type="spellEnd"/>
      <w:r w:rsidR="009046AB" w:rsidRPr="00E95314">
        <w:rPr>
          <w:rFonts w:ascii="Arial" w:hAnsi="Arial" w:cs="Arial"/>
          <w:b w:val="0"/>
        </w:rPr>
        <w:t xml:space="preserve"> </w:t>
      </w:r>
      <w:proofErr w:type="spellStart"/>
      <w:r w:rsidR="009046AB" w:rsidRPr="00E95314">
        <w:rPr>
          <w:rFonts w:ascii="Arial" w:hAnsi="Arial" w:cs="Arial"/>
          <w:b w:val="0"/>
        </w:rPr>
        <w:t>ao</w:t>
      </w:r>
      <w:proofErr w:type="spellEnd"/>
      <w:r w:rsidR="009046AB" w:rsidRPr="00E95314">
        <w:rPr>
          <w:rFonts w:ascii="Arial" w:hAnsi="Arial" w:cs="Arial"/>
          <w:b w:val="0"/>
        </w:rPr>
        <w:t xml:space="preserve"> que </w:t>
      </w:r>
      <w:proofErr w:type="spellStart"/>
      <w:r w:rsidR="009046AB" w:rsidRPr="00E95314">
        <w:rPr>
          <w:rFonts w:ascii="Arial" w:hAnsi="Arial" w:cs="Arial"/>
          <w:b w:val="0"/>
        </w:rPr>
        <w:t>estabelece</w:t>
      </w:r>
      <w:proofErr w:type="spellEnd"/>
      <w:r w:rsidR="009046AB" w:rsidRPr="00E95314">
        <w:rPr>
          <w:rFonts w:ascii="Arial" w:hAnsi="Arial" w:cs="Arial"/>
          <w:b w:val="0"/>
        </w:rPr>
        <w:t xml:space="preserve"> o </w:t>
      </w:r>
      <w:proofErr w:type="spellStart"/>
      <w:r w:rsidR="009046AB" w:rsidRPr="00E95314">
        <w:rPr>
          <w:rFonts w:ascii="Arial" w:hAnsi="Arial" w:cs="Arial"/>
          <w:b w:val="0"/>
        </w:rPr>
        <w:t>regimento</w:t>
      </w:r>
      <w:proofErr w:type="spellEnd"/>
      <w:r w:rsidR="009046AB" w:rsidRPr="00E95314">
        <w:rPr>
          <w:rFonts w:ascii="Arial" w:hAnsi="Arial" w:cs="Arial"/>
          <w:b w:val="0"/>
        </w:rPr>
        <w:t xml:space="preserve">, seria de 30 </w:t>
      </w:r>
      <w:proofErr w:type="spellStart"/>
      <w:r w:rsidR="009046AB" w:rsidRPr="00E95314">
        <w:rPr>
          <w:rFonts w:ascii="Arial" w:hAnsi="Arial" w:cs="Arial"/>
          <w:b w:val="0"/>
        </w:rPr>
        <w:t>minutos</w:t>
      </w:r>
      <w:proofErr w:type="spellEnd"/>
      <w:r w:rsidR="009046AB" w:rsidRPr="00E95314">
        <w:rPr>
          <w:rFonts w:ascii="Arial" w:hAnsi="Arial" w:cs="Arial"/>
          <w:b w:val="0"/>
        </w:rPr>
        <w:t xml:space="preserve">. Todos </w:t>
      </w:r>
      <w:proofErr w:type="spellStart"/>
      <w:r w:rsidR="009046AB" w:rsidRPr="00E95314">
        <w:rPr>
          <w:rFonts w:ascii="Arial" w:hAnsi="Arial" w:cs="Arial"/>
          <w:b w:val="0"/>
        </w:rPr>
        <w:t>concordaram</w:t>
      </w:r>
      <w:proofErr w:type="spellEnd"/>
      <w:r w:rsidR="009046AB" w:rsidRPr="00E95314">
        <w:rPr>
          <w:rFonts w:ascii="Arial" w:hAnsi="Arial" w:cs="Arial"/>
          <w:b w:val="0"/>
        </w:rPr>
        <w:t xml:space="preserve">. Dando </w:t>
      </w:r>
      <w:proofErr w:type="spellStart"/>
      <w:r w:rsidR="009046AB" w:rsidRPr="00E95314">
        <w:rPr>
          <w:rFonts w:ascii="Arial" w:hAnsi="Arial" w:cs="Arial"/>
          <w:b w:val="0"/>
        </w:rPr>
        <w:t>continuidade</w:t>
      </w:r>
      <w:proofErr w:type="spellEnd"/>
      <w:r w:rsidR="009046AB" w:rsidRPr="00E95314">
        <w:rPr>
          <w:rFonts w:ascii="Arial" w:hAnsi="Arial" w:cs="Arial"/>
          <w:b w:val="0"/>
        </w:rPr>
        <w:t xml:space="preserve"> a </w:t>
      </w:r>
      <w:proofErr w:type="spellStart"/>
      <w:r w:rsidR="009046AB" w:rsidRPr="00E95314">
        <w:rPr>
          <w:rFonts w:ascii="Arial" w:hAnsi="Arial" w:cs="Arial"/>
          <w:b w:val="0"/>
        </w:rPr>
        <w:t>leitura</w:t>
      </w:r>
      <w:proofErr w:type="spellEnd"/>
      <w:r w:rsidR="00FA7D3E" w:rsidRPr="00E95314">
        <w:rPr>
          <w:rFonts w:ascii="Arial" w:hAnsi="Arial" w:cs="Arial"/>
          <w:b w:val="0"/>
        </w:rPr>
        <w:t xml:space="preserve"> – “</w:t>
      </w:r>
      <w:r w:rsidRPr="00E95314">
        <w:rPr>
          <w:rFonts w:ascii="Arial" w:hAnsi="Arial" w:cs="Arial"/>
          <w:b w:val="0"/>
        </w:rPr>
        <w:t xml:space="preserve">Auditoria </w:t>
      </w:r>
      <w:proofErr w:type="spellStart"/>
      <w:r w:rsidRPr="00E95314">
        <w:rPr>
          <w:rFonts w:ascii="Arial" w:hAnsi="Arial" w:cs="Arial"/>
          <w:b w:val="0"/>
        </w:rPr>
        <w:t>número</w:t>
      </w:r>
      <w:proofErr w:type="spellEnd"/>
      <w:r w:rsidRPr="00E95314">
        <w:rPr>
          <w:rFonts w:ascii="Arial" w:hAnsi="Arial" w:cs="Arial"/>
          <w:b w:val="0"/>
        </w:rPr>
        <w:t xml:space="preserve"> 9 de 2025. Tipo de auditoria, auditoria de conformidade. Objeto, análise da legalidade da ata de registro de preços, pregão eletrônico e da conformidade da execução e liquidação dos empenhos. Departamento de compras, licitações e contratos e Secretaria de Educação e Cultura, o setor auditado. Objetivo. Procedimento de fiscalização e controle instrumentalizada pela análise dos documentos referentes ao pregão eletrônico número 32 de 2025 para avaliação dos documentos cadastrados no sistema licita com a verificação da existência ou não de termos de fomento, cooperação com organizações da sociedade civil para fornecimento de transporte pelo município e a verificação dos documentos de liquidação e pagamento das despesas relacionadas à ata de registro de preços número 169 de 2025. Conclusões. A fase licitatória que deu origem à ata de registro de preços número 169 de 2025 apresenta desconformidade técnica quanto aos critérios de competitividade, causando uma restrição indevida, o que frustra o imperativo do princípio da vantajosidade para </w:t>
      </w:r>
      <w:proofErr w:type="gramStart"/>
      <w:r w:rsidRPr="00E95314">
        <w:rPr>
          <w:rFonts w:ascii="Arial" w:hAnsi="Arial" w:cs="Arial"/>
          <w:b w:val="0"/>
        </w:rPr>
        <w:t>a</w:t>
      </w:r>
      <w:proofErr w:type="gramEnd"/>
      <w:r w:rsidRPr="00E95314">
        <w:rPr>
          <w:rFonts w:ascii="Arial" w:hAnsi="Arial" w:cs="Arial"/>
          <w:b w:val="0"/>
        </w:rPr>
        <w:t xml:space="preserve"> administração pública. Verificou-se uma exigência de habilitação técnica flagrantemente desproporcional e injustificada no instrumento convocatório. A solicitação de comprovação de capacidade mediante o laudo ANTT, Agência Nacional de Transportes Terrestres. As requisições de despesas analisadas indicam que a demanda fática de transporte se concentra exclusivamente em rotas intermunicipais, cuja regulamentação e fiscalização são primariamente de competência estadual. </w:t>
      </w:r>
      <w:proofErr w:type="gramStart"/>
      <w:r w:rsidRPr="00E95314">
        <w:rPr>
          <w:rFonts w:ascii="Arial" w:hAnsi="Arial" w:cs="Arial"/>
          <w:b w:val="0"/>
        </w:rPr>
        <w:t>A</w:t>
      </w:r>
      <w:proofErr w:type="gramEnd"/>
      <w:r w:rsidRPr="00E95314">
        <w:rPr>
          <w:rFonts w:ascii="Arial" w:hAnsi="Arial" w:cs="Arial"/>
          <w:b w:val="0"/>
        </w:rPr>
        <w:t xml:space="preserve"> imposição de uma certificação de escopo federal para serviços predominantemente regionais e estaduais demonstrou-se uma exigência desproporcional e excessiva que não se coaduna com o objeto essencial da ARP. Este ato resultou na limitação da participação de empresas regionalmente qualificadas, frustrando o princípio da vantajosidade e culminando na adjudicação integral do objeto </w:t>
      </w:r>
      <w:proofErr w:type="gramStart"/>
      <w:r w:rsidRPr="00E95314">
        <w:rPr>
          <w:rFonts w:ascii="Arial" w:hAnsi="Arial" w:cs="Arial"/>
          <w:b w:val="0"/>
        </w:rPr>
        <w:t>a</w:t>
      </w:r>
      <w:proofErr w:type="gramEnd"/>
      <w:r w:rsidRPr="00E95314">
        <w:rPr>
          <w:rFonts w:ascii="Arial" w:hAnsi="Arial" w:cs="Arial"/>
          <w:b w:val="0"/>
        </w:rPr>
        <w:t xml:space="preserve"> um único licitante. O </w:t>
      </w:r>
      <w:proofErr w:type="spellStart"/>
      <w:r w:rsidRPr="00E95314">
        <w:rPr>
          <w:rFonts w:ascii="Arial" w:hAnsi="Arial" w:cs="Arial"/>
          <w:b w:val="0"/>
        </w:rPr>
        <w:t>resultado</w:t>
      </w:r>
      <w:proofErr w:type="spellEnd"/>
      <w:r w:rsidRPr="00E95314">
        <w:rPr>
          <w:rFonts w:ascii="Arial" w:hAnsi="Arial" w:cs="Arial"/>
          <w:b w:val="0"/>
        </w:rPr>
        <w:t xml:space="preserve"> </w:t>
      </w:r>
      <w:proofErr w:type="spellStart"/>
      <w:r w:rsidRPr="00E95314">
        <w:rPr>
          <w:rFonts w:ascii="Arial" w:hAnsi="Arial" w:cs="Arial"/>
          <w:b w:val="0"/>
        </w:rPr>
        <w:t>concreto</w:t>
      </w:r>
      <w:proofErr w:type="spellEnd"/>
      <w:r w:rsidRPr="00E95314">
        <w:rPr>
          <w:rFonts w:ascii="Arial" w:hAnsi="Arial" w:cs="Arial"/>
          <w:b w:val="0"/>
        </w:rPr>
        <w:t xml:space="preserve"> do </w:t>
      </w:r>
      <w:proofErr w:type="spellStart"/>
      <w:r w:rsidRPr="00E95314">
        <w:rPr>
          <w:rFonts w:ascii="Arial" w:hAnsi="Arial" w:cs="Arial"/>
          <w:b w:val="0"/>
        </w:rPr>
        <w:t>certame</w:t>
      </w:r>
      <w:proofErr w:type="spellEnd"/>
      <w:r w:rsidRPr="00E95314">
        <w:rPr>
          <w:rFonts w:ascii="Arial" w:hAnsi="Arial" w:cs="Arial"/>
          <w:b w:val="0"/>
        </w:rPr>
        <w:t xml:space="preserve">, </w:t>
      </w:r>
      <w:proofErr w:type="gramStart"/>
      <w:r w:rsidRPr="00E95314">
        <w:rPr>
          <w:rFonts w:ascii="Arial" w:hAnsi="Arial" w:cs="Arial"/>
          <w:b w:val="0"/>
        </w:rPr>
        <w:t>a</w:t>
      </w:r>
      <w:proofErr w:type="gramEnd"/>
      <w:r w:rsidRPr="00E95314">
        <w:rPr>
          <w:rFonts w:ascii="Arial" w:hAnsi="Arial" w:cs="Arial"/>
          <w:b w:val="0"/>
        </w:rPr>
        <w:t xml:space="preserve"> </w:t>
      </w:r>
      <w:proofErr w:type="spellStart"/>
      <w:r w:rsidRPr="00E95314">
        <w:rPr>
          <w:rFonts w:ascii="Arial" w:hAnsi="Arial" w:cs="Arial"/>
          <w:b w:val="0"/>
        </w:rPr>
        <w:t>adjudicação</w:t>
      </w:r>
      <w:proofErr w:type="spellEnd"/>
      <w:r w:rsidRPr="00E95314">
        <w:rPr>
          <w:rFonts w:ascii="Arial" w:hAnsi="Arial" w:cs="Arial"/>
          <w:b w:val="0"/>
        </w:rPr>
        <w:t xml:space="preserve"> integral do </w:t>
      </w:r>
      <w:proofErr w:type="spellStart"/>
      <w:r w:rsidRPr="00E95314">
        <w:rPr>
          <w:rFonts w:ascii="Arial" w:hAnsi="Arial" w:cs="Arial"/>
          <w:b w:val="0"/>
        </w:rPr>
        <w:t>objeto</w:t>
      </w:r>
      <w:proofErr w:type="spellEnd"/>
      <w:r w:rsidRPr="00E95314">
        <w:rPr>
          <w:rFonts w:ascii="Arial" w:hAnsi="Arial" w:cs="Arial"/>
          <w:b w:val="0"/>
        </w:rPr>
        <w:t xml:space="preserve"> </w:t>
      </w:r>
      <w:proofErr w:type="gramStart"/>
      <w:r w:rsidRPr="00E95314">
        <w:rPr>
          <w:rFonts w:ascii="Arial" w:hAnsi="Arial" w:cs="Arial"/>
          <w:b w:val="0"/>
        </w:rPr>
        <w:t>a</w:t>
      </w:r>
      <w:proofErr w:type="gramEnd"/>
      <w:r w:rsidRPr="00E95314">
        <w:rPr>
          <w:rFonts w:ascii="Arial" w:hAnsi="Arial" w:cs="Arial"/>
          <w:b w:val="0"/>
        </w:rPr>
        <w:t xml:space="preserve"> um </w:t>
      </w:r>
      <w:proofErr w:type="spellStart"/>
      <w:r w:rsidRPr="00E95314">
        <w:rPr>
          <w:rFonts w:ascii="Arial" w:hAnsi="Arial" w:cs="Arial"/>
          <w:b w:val="0"/>
        </w:rPr>
        <w:t>único</w:t>
      </w:r>
      <w:proofErr w:type="spellEnd"/>
      <w:r w:rsidRPr="00E95314">
        <w:rPr>
          <w:rFonts w:ascii="Arial" w:hAnsi="Arial" w:cs="Arial"/>
          <w:b w:val="0"/>
        </w:rPr>
        <w:t xml:space="preserve"> </w:t>
      </w:r>
      <w:proofErr w:type="spellStart"/>
      <w:r w:rsidRPr="00E95314">
        <w:rPr>
          <w:rFonts w:ascii="Arial" w:hAnsi="Arial" w:cs="Arial"/>
          <w:b w:val="0"/>
        </w:rPr>
        <w:t>licitante</w:t>
      </w:r>
      <w:proofErr w:type="spellEnd"/>
      <w:r w:rsidRPr="00E95314">
        <w:rPr>
          <w:rFonts w:ascii="Arial" w:hAnsi="Arial" w:cs="Arial"/>
          <w:b w:val="0"/>
        </w:rPr>
        <w:t>, Gustavo Avrel</w:t>
      </w:r>
      <w:r w:rsidR="00C2299C" w:rsidRPr="00E95314">
        <w:rPr>
          <w:rFonts w:ascii="Arial" w:hAnsi="Arial" w:cs="Arial"/>
          <w:b w:val="0"/>
        </w:rPr>
        <w:t>l</w:t>
      </w:r>
      <w:r w:rsidRPr="00E95314">
        <w:rPr>
          <w:rFonts w:ascii="Arial" w:hAnsi="Arial" w:cs="Arial"/>
          <w:b w:val="0"/>
        </w:rPr>
        <w:t xml:space="preserve">a, </w:t>
      </w:r>
      <w:proofErr w:type="spellStart"/>
      <w:r w:rsidRPr="00E95314">
        <w:rPr>
          <w:rFonts w:ascii="Arial" w:hAnsi="Arial" w:cs="Arial"/>
          <w:b w:val="0"/>
        </w:rPr>
        <w:t>limitada</w:t>
      </w:r>
      <w:proofErr w:type="spellEnd"/>
      <w:r w:rsidRPr="00E95314">
        <w:rPr>
          <w:rFonts w:ascii="Arial" w:hAnsi="Arial" w:cs="Arial"/>
          <w:b w:val="0"/>
        </w:rPr>
        <w:t xml:space="preserve">, </w:t>
      </w:r>
      <w:proofErr w:type="spellStart"/>
      <w:r w:rsidRPr="00E95314">
        <w:rPr>
          <w:rFonts w:ascii="Arial" w:hAnsi="Arial" w:cs="Arial"/>
          <w:b w:val="0"/>
        </w:rPr>
        <w:t>corrobora</w:t>
      </w:r>
      <w:proofErr w:type="spellEnd"/>
      <w:r w:rsidRPr="00E95314">
        <w:rPr>
          <w:rFonts w:ascii="Arial" w:hAnsi="Arial" w:cs="Arial"/>
          <w:b w:val="0"/>
        </w:rPr>
        <w:t xml:space="preserve"> a </w:t>
      </w:r>
      <w:proofErr w:type="spellStart"/>
      <w:r w:rsidRPr="00E95314">
        <w:rPr>
          <w:rFonts w:ascii="Arial" w:hAnsi="Arial" w:cs="Arial"/>
          <w:b w:val="0"/>
        </w:rPr>
        <w:t>tese</w:t>
      </w:r>
      <w:proofErr w:type="spellEnd"/>
      <w:r w:rsidRPr="00E95314">
        <w:rPr>
          <w:rFonts w:ascii="Arial" w:hAnsi="Arial" w:cs="Arial"/>
          <w:b w:val="0"/>
        </w:rPr>
        <w:t xml:space="preserve"> de restrição à competitividade, tornando o ato licitatório possível de questionamento quanto à sua imparcialidade e comprometendo a validade da ata desde sua origem. A documentação analisada demonstra também um vício de legalidade que reside na finalidade do objeto contratado que foi utilizado de forma deturpada para custear o transporte de </w:t>
      </w:r>
      <w:r w:rsidRPr="00E95314">
        <w:rPr>
          <w:rFonts w:ascii="Arial" w:hAnsi="Arial" w:cs="Arial"/>
          <w:b w:val="0"/>
        </w:rPr>
        <w:lastRenderedPageBreak/>
        <w:t xml:space="preserve">entidades associativas privadas conforme explicitado nas requisições de empenho. O custeio do transporte para organizações da sociedade civil configura-se como repasse de recursos ou serviços subsídio. A Lei nº 13.019 de 2024, marco regulatório das organizações da sociedade civil, é taxativa ao exigir que o repasse de serviços ou recursos deve ser formalizado mediante termo de fomento ou termo de colaboração, precedido via de regra de chamamento público. O município, ao utilizar uma simples requisição de despesa vinculada a uma ata de registro de preços para concretizar este repasse, age em frontal violação à legislação. Tal procedimento compromete </w:t>
      </w:r>
      <w:proofErr w:type="gramStart"/>
      <w:r w:rsidRPr="00E95314">
        <w:rPr>
          <w:rFonts w:ascii="Arial" w:hAnsi="Arial" w:cs="Arial"/>
          <w:b w:val="0"/>
        </w:rPr>
        <w:t>a</w:t>
      </w:r>
      <w:proofErr w:type="gramEnd"/>
      <w:r w:rsidRPr="00E95314">
        <w:rPr>
          <w:rFonts w:ascii="Arial" w:hAnsi="Arial" w:cs="Arial"/>
          <w:b w:val="0"/>
        </w:rPr>
        <w:t xml:space="preserve"> observância dos princípios da transparência e isonomia e configura o descumprimento do regime jurídico estabelecido pelo marco regulatório das organizações da sociedade civil. É que era uma sigla. Transformando, indevidamente, uma contratação de serviço público em um regime de subsídio privado. Portanto, a natureza e a finalidade de parte substancial das despesas são ilegais. Complementando a análise, a gravidade da conduta é acentuada pelo uso indevido de dotações orçamentárias destinadas estritamente à manutenção das atividades administrativas, conforme verificado no pedido de compra-serviço nº 530, de 2025. Ao alocar gastos com entidades privadas em rúbricas de manutenção de secretarias, </w:t>
      </w:r>
      <w:proofErr w:type="gramStart"/>
      <w:r w:rsidRPr="00E95314">
        <w:rPr>
          <w:rFonts w:ascii="Arial" w:hAnsi="Arial" w:cs="Arial"/>
          <w:b w:val="0"/>
        </w:rPr>
        <w:t>a</w:t>
      </w:r>
      <w:proofErr w:type="gramEnd"/>
      <w:r w:rsidRPr="00E95314">
        <w:rPr>
          <w:rFonts w:ascii="Arial" w:hAnsi="Arial" w:cs="Arial"/>
          <w:b w:val="0"/>
        </w:rPr>
        <w:t xml:space="preserve"> administração infringe o princípio da especialidade orçamentária e o artigo 167, inciso VI da Constituição Federal, que veda a transposição ou transferência de recursos sem autorização legislativa específica. Essa prática mascara a natureza real da despesa impedindo o controle social e o acompanhamento dos gastos com fomento privado, uma vez que o recurso é lançado sob o elemento 339039, serviços de terceiros, simulando um consumo direto da máquina pública que na realidade beneficia terceiros. A materialidade dessa irregularidade é comprovada por documentos como o empenho número 4682 de 2025, que descreve explicitamente o pagamento de passeio para um clube de mães. Tal ato configura um desvio de finalidade inequívoco, pois utiliza o contrato de transporte licitado para fins administrativos sob a égide da Lei nº 14.133, de 2021, como instrumento de lazer privado. </w:t>
      </w:r>
      <w:proofErr w:type="gramStart"/>
      <w:r w:rsidRPr="00E95314">
        <w:rPr>
          <w:rFonts w:ascii="Arial" w:hAnsi="Arial" w:cs="Arial"/>
          <w:b w:val="0"/>
        </w:rPr>
        <w:t>A</w:t>
      </w:r>
      <w:proofErr w:type="gramEnd"/>
      <w:r w:rsidRPr="00E95314">
        <w:rPr>
          <w:rFonts w:ascii="Arial" w:hAnsi="Arial" w:cs="Arial"/>
          <w:b w:val="0"/>
        </w:rPr>
        <w:t xml:space="preserve"> ausência de um plano de trabalho documento obrigatório por força do artigo 22 da Lei nº 13.019, de 2014, impossibilita </w:t>
      </w:r>
      <w:proofErr w:type="gramStart"/>
      <w:r w:rsidRPr="00E95314">
        <w:rPr>
          <w:rFonts w:ascii="Arial" w:hAnsi="Arial" w:cs="Arial"/>
          <w:b w:val="0"/>
        </w:rPr>
        <w:t>a</w:t>
      </w:r>
      <w:proofErr w:type="gramEnd"/>
      <w:r w:rsidRPr="00E95314">
        <w:rPr>
          <w:rFonts w:ascii="Arial" w:hAnsi="Arial" w:cs="Arial"/>
          <w:b w:val="0"/>
        </w:rPr>
        <w:t xml:space="preserve"> aferição de metas e a verificação do interesse público, tornando o gasto uma liberalidade com o dinheiro público. Além disso, a falta de prestação de contas específica por parte das entidades beneficiadas fere o dever constitucional de prestar contas. Sem os ritos não há comprovação da regularidade fiscal das entidades ou do público efetivamente atendido, o que gera um favorecimento sem transparência e sem a necessária isonomia que o chamamento público garantiria. A sistemática adotada ao substituir o regime jurídico de parcerias por meras requisições de serviço em atas de registro de preços constitui uma fraude à lei, consolidando um cenário de grave irregularidade financeira e administrativa que compromete a lisura da gestão orçamentária. A responsabilidade por essa ilegalidade recai diretamente sobre o ordenador de despesa, cuja assinatura autorizou os empenhos. Ao ignorar os ritos e autorizar gastos com base em um estudo técnico preliminar, que já previa expressamente o deslocamento de entidades à conduta administrativa, distanciou-se do padrão de inteligência esperado. A fase de liquidação dos empenhos também foi gravemente afetada, contendo falhas que implicam descumprimento legal, dano ao erário e potencial responsabilização por improbidade administrativa. Invasão de competência tributária, vício constitucional. A maior parte dos pagamentos foi comprovada por nota fiscal de serviços eletrônica. Considerando a natureza intermunicipal do serviço, este é fato gerador de ICMS. </w:t>
      </w:r>
      <w:r w:rsidRPr="00E95314">
        <w:rPr>
          <w:rFonts w:ascii="Arial" w:hAnsi="Arial" w:cs="Arial"/>
          <w:b w:val="0"/>
        </w:rPr>
        <w:lastRenderedPageBreak/>
        <w:t xml:space="preserve">Portanto, o documento fiscal obrigatório é o conhecimento de transporte eletrônico para outros serviços. O uso do documento fiscal incorreto estabelece uma irregularidade fiscal de natureza grave, demonstrando falta de compliance tributário na liquidação da despesa. </w:t>
      </w:r>
      <w:proofErr w:type="gramStart"/>
      <w:r w:rsidRPr="00E95314">
        <w:rPr>
          <w:rFonts w:ascii="Arial" w:hAnsi="Arial" w:cs="Arial"/>
          <w:b w:val="0"/>
        </w:rPr>
        <w:t>A</w:t>
      </w:r>
      <w:proofErr w:type="gramEnd"/>
      <w:r w:rsidRPr="00E95314">
        <w:rPr>
          <w:rFonts w:ascii="Arial" w:hAnsi="Arial" w:cs="Arial"/>
          <w:b w:val="0"/>
        </w:rPr>
        <w:t xml:space="preserve"> aceitação das notas fiscais para serviços de transporte intermunicipal em detrimento do CT representa vantagem financeira indevida à empresa mediante a burla do controle fiscal estadual que permite à contratada suprimir custos operacionais obrigatórios de conformidade como seguros de responsabilidade civil, majorados e taxa de fiscalização de transporte. O município, ao aceitar documento fiscal inidôneo, facilitou </w:t>
      </w:r>
      <w:proofErr w:type="gramStart"/>
      <w:r w:rsidRPr="00E95314">
        <w:rPr>
          <w:rFonts w:ascii="Arial" w:hAnsi="Arial" w:cs="Arial"/>
          <w:b w:val="0"/>
        </w:rPr>
        <w:t>a</w:t>
      </w:r>
      <w:proofErr w:type="gramEnd"/>
      <w:r w:rsidRPr="00E95314">
        <w:rPr>
          <w:rFonts w:ascii="Arial" w:hAnsi="Arial" w:cs="Arial"/>
          <w:b w:val="0"/>
        </w:rPr>
        <w:t xml:space="preserve"> omissão ou evasão do ICMS. Tal prática distorce a repartição tributária constitucional, destinando indevidamente ao município a parcela do imposto devido ao Estado, causando prejuízo à arrecadação deste. Uma vez identificado o recebimento de qualquer valor referente </w:t>
      </w:r>
      <w:proofErr w:type="gramStart"/>
      <w:r w:rsidRPr="00E95314">
        <w:rPr>
          <w:rFonts w:ascii="Arial" w:hAnsi="Arial" w:cs="Arial"/>
          <w:b w:val="0"/>
        </w:rPr>
        <w:t>a</w:t>
      </w:r>
      <w:proofErr w:type="gramEnd"/>
      <w:r w:rsidRPr="00E95314">
        <w:rPr>
          <w:rFonts w:ascii="Arial" w:hAnsi="Arial" w:cs="Arial"/>
          <w:b w:val="0"/>
        </w:rPr>
        <w:t xml:space="preserve"> essas notas, o município tem o dever legal de proceder à restituição de ofício das parcelas do ISSQN indevidamente apropriadas. A manutenção desses valores nos cofres municipais após </w:t>
      </w:r>
      <w:proofErr w:type="gramStart"/>
      <w:r w:rsidRPr="00E95314">
        <w:rPr>
          <w:rFonts w:ascii="Arial" w:hAnsi="Arial" w:cs="Arial"/>
          <w:b w:val="0"/>
        </w:rPr>
        <w:t>a</w:t>
      </w:r>
      <w:proofErr w:type="gramEnd"/>
      <w:r w:rsidRPr="00E95314">
        <w:rPr>
          <w:rFonts w:ascii="Arial" w:hAnsi="Arial" w:cs="Arial"/>
          <w:b w:val="0"/>
        </w:rPr>
        <w:t xml:space="preserve"> identificação da falha de compreensão. E que é indevidamente apropriadas. A manutenção desses valores nos cofres municipais, após </w:t>
      </w:r>
      <w:proofErr w:type="gramStart"/>
      <w:r w:rsidRPr="00E95314">
        <w:rPr>
          <w:rFonts w:ascii="Arial" w:hAnsi="Arial" w:cs="Arial"/>
          <w:b w:val="0"/>
        </w:rPr>
        <w:t>a</w:t>
      </w:r>
      <w:proofErr w:type="gramEnd"/>
      <w:r w:rsidRPr="00E95314">
        <w:rPr>
          <w:rFonts w:ascii="Arial" w:hAnsi="Arial" w:cs="Arial"/>
          <w:b w:val="0"/>
        </w:rPr>
        <w:t xml:space="preserve"> identificação da falha de competência, configura apropriação indébita de receita alheia e gera um passivo financeiro imediato. O custo operacional da devolução, somado à exposição do ente público a sanções pela conivência com a burla do controle fiscal estadual e pela falha na fiscalização, caracteriza efetivo dano ao erário municipal. </w:t>
      </w:r>
      <w:proofErr w:type="gramStart"/>
      <w:r w:rsidRPr="00E95314">
        <w:rPr>
          <w:rFonts w:ascii="Arial" w:hAnsi="Arial" w:cs="Arial"/>
          <w:b w:val="0"/>
        </w:rPr>
        <w:t>A</w:t>
      </w:r>
      <w:proofErr w:type="gramEnd"/>
      <w:r w:rsidRPr="00E95314">
        <w:rPr>
          <w:rFonts w:ascii="Arial" w:hAnsi="Arial" w:cs="Arial"/>
          <w:b w:val="0"/>
        </w:rPr>
        <w:t xml:space="preserve"> análise realizada também demonstrou que </w:t>
      </w:r>
      <w:proofErr w:type="gramStart"/>
      <w:r w:rsidRPr="00E95314">
        <w:rPr>
          <w:rFonts w:ascii="Arial" w:hAnsi="Arial" w:cs="Arial"/>
          <w:b w:val="0"/>
        </w:rPr>
        <w:t>a</w:t>
      </w:r>
      <w:proofErr w:type="gramEnd"/>
      <w:r w:rsidRPr="00E95314">
        <w:rPr>
          <w:rFonts w:ascii="Arial" w:hAnsi="Arial" w:cs="Arial"/>
          <w:b w:val="0"/>
        </w:rPr>
        <w:t xml:space="preserve"> empresa adotou uma postura seletiva na emissão de seus documentos fiscais. Ao analisar os empenhos número 4009 de 2025 e 4682 de 2025 e número 4683 de 2025, observa-se </w:t>
      </w:r>
      <w:proofErr w:type="gramStart"/>
      <w:r w:rsidRPr="00E95314">
        <w:rPr>
          <w:rFonts w:ascii="Arial" w:hAnsi="Arial" w:cs="Arial"/>
          <w:b w:val="0"/>
        </w:rPr>
        <w:t>a</w:t>
      </w:r>
      <w:proofErr w:type="gramEnd"/>
      <w:r w:rsidRPr="00E95314">
        <w:rPr>
          <w:rFonts w:ascii="Arial" w:hAnsi="Arial" w:cs="Arial"/>
          <w:b w:val="0"/>
        </w:rPr>
        <w:t xml:space="preserve"> emissão correta do CT para os trajetos intermunicipais, o que comprova que a contratada possuía pleno conhecimento técnico e meios sistêmicos para </w:t>
      </w:r>
      <w:proofErr w:type="gramStart"/>
      <w:r w:rsidRPr="00E95314">
        <w:rPr>
          <w:rFonts w:ascii="Arial" w:hAnsi="Arial" w:cs="Arial"/>
          <w:b w:val="0"/>
        </w:rPr>
        <w:t>a</w:t>
      </w:r>
      <w:proofErr w:type="gramEnd"/>
      <w:r w:rsidRPr="00E95314">
        <w:rPr>
          <w:rFonts w:ascii="Arial" w:hAnsi="Arial" w:cs="Arial"/>
          <w:b w:val="0"/>
        </w:rPr>
        <w:t xml:space="preserve"> emissão do documento fiscal adequado ao transporte intermunicipal. Contudo, nos empenhos posteriores, </w:t>
      </w:r>
      <w:proofErr w:type="gramStart"/>
      <w:r w:rsidRPr="00E95314">
        <w:rPr>
          <w:rFonts w:ascii="Arial" w:hAnsi="Arial" w:cs="Arial"/>
          <w:b w:val="0"/>
        </w:rPr>
        <w:t>a</w:t>
      </w:r>
      <w:proofErr w:type="gramEnd"/>
      <w:r w:rsidRPr="00E95314">
        <w:rPr>
          <w:rFonts w:ascii="Arial" w:hAnsi="Arial" w:cs="Arial"/>
          <w:b w:val="0"/>
        </w:rPr>
        <w:t xml:space="preserve"> empresa optou pela emissão de notas fiscais para trajetos comprovadamente intermunicipais. Tal prática não configura mero erro formal, pois acarreta possível vantagem financeira indevida fundamentada no seguinte ponto. Supressão de custos variáveis de seguros e taxas. </w:t>
      </w:r>
      <w:proofErr w:type="gramStart"/>
      <w:r w:rsidRPr="00E95314">
        <w:rPr>
          <w:rFonts w:ascii="Arial" w:hAnsi="Arial" w:cs="Arial"/>
          <w:b w:val="0"/>
        </w:rPr>
        <w:t>A</w:t>
      </w:r>
      <w:proofErr w:type="gramEnd"/>
      <w:r w:rsidRPr="00E95314">
        <w:rPr>
          <w:rFonts w:ascii="Arial" w:hAnsi="Arial" w:cs="Arial"/>
          <w:b w:val="0"/>
        </w:rPr>
        <w:t xml:space="preserve"> empresa evita o custo das taxas de registro de viagem obrigatória cobradas pelos órgãos reguladores estaduais e não arca com os prêmios variáveis de averbação de seguro proporcionais ao risco rodoviário que seriam exigidos na emissão correta. Em relação à legalidade da operação, é mandatório para fretamentos intermunicipais que o processo contenha o manifesto, </w:t>
      </w:r>
      <w:proofErr w:type="gramStart"/>
      <w:r w:rsidRPr="00E95314">
        <w:rPr>
          <w:rFonts w:ascii="Arial" w:hAnsi="Arial" w:cs="Arial"/>
          <w:b w:val="0"/>
        </w:rPr>
        <w:t>a</w:t>
      </w:r>
      <w:proofErr w:type="gramEnd"/>
      <w:r w:rsidRPr="00E95314">
        <w:rPr>
          <w:rFonts w:ascii="Arial" w:hAnsi="Arial" w:cs="Arial"/>
          <w:b w:val="0"/>
        </w:rPr>
        <w:t xml:space="preserve"> autorização de transporte e a lista de passageiros nominal, conforme exigido pelo DAIA. Porém, verificou-se </w:t>
      </w:r>
      <w:proofErr w:type="gramStart"/>
      <w:r w:rsidRPr="00E95314">
        <w:rPr>
          <w:rFonts w:ascii="Arial" w:hAnsi="Arial" w:cs="Arial"/>
          <w:b w:val="0"/>
        </w:rPr>
        <w:t>a</w:t>
      </w:r>
      <w:proofErr w:type="gramEnd"/>
      <w:r w:rsidRPr="00E95314">
        <w:rPr>
          <w:rFonts w:ascii="Arial" w:hAnsi="Arial" w:cs="Arial"/>
          <w:b w:val="0"/>
        </w:rPr>
        <w:t xml:space="preserve"> ausência integral e sistêmica desses documentos em todos os empenhos auditados. </w:t>
      </w:r>
      <w:proofErr w:type="gramStart"/>
      <w:r w:rsidRPr="00E95314">
        <w:rPr>
          <w:rFonts w:ascii="Arial" w:hAnsi="Arial" w:cs="Arial"/>
          <w:b w:val="0"/>
        </w:rPr>
        <w:t>A</w:t>
      </w:r>
      <w:proofErr w:type="gramEnd"/>
      <w:r w:rsidRPr="00E95314">
        <w:rPr>
          <w:rFonts w:ascii="Arial" w:hAnsi="Arial" w:cs="Arial"/>
          <w:b w:val="0"/>
        </w:rPr>
        <w:t xml:space="preserve"> ausência desses documentos de porte obrigatório, conforme a resolução regimental, representa uma falha grave na fiscalização da execução, pois impede a comprovação da legalidade e da materialidade do serviço, configurando grave violação ao dever de liquidação da despesa. </w:t>
      </w:r>
      <w:proofErr w:type="gramStart"/>
      <w:r w:rsidRPr="00E95314">
        <w:rPr>
          <w:rFonts w:ascii="Arial" w:hAnsi="Arial" w:cs="Arial"/>
          <w:b w:val="0"/>
        </w:rPr>
        <w:t>A</w:t>
      </w:r>
      <w:proofErr w:type="gramEnd"/>
      <w:r w:rsidRPr="00E95314">
        <w:rPr>
          <w:rFonts w:ascii="Arial" w:hAnsi="Arial" w:cs="Arial"/>
          <w:b w:val="0"/>
        </w:rPr>
        <w:t xml:space="preserve"> omissão sistêmica em exigir a documentação mínima obrigatória para garantir a legalidade do serviço prestado demonstra negligência por parte dos agentes responsáveis por atestar o recebimento dos serviços e autorizar a liquidação. Superfaturamento e negligência na fiscalização, dando material ao erário. Os empenhos número 005612 de 2025 e número 6275 de 2025 são eivados de vícios que representam dano ao erário. No empenho 5612 de 2025 foi realizado a liquidação de 454,5 quilômetros de ônibus, com o valor de R$ 13,00 o quilômetro. A cento a 1 km item 4 da ARP. Embora o tacógrafo demonstre que os 454 km são o somatório de viagens menores, isso não anula </w:t>
      </w:r>
      <w:proofErr w:type="gramStart"/>
      <w:r w:rsidRPr="00E95314">
        <w:rPr>
          <w:rFonts w:ascii="Arial" w:hAnsi="Arial" w:cs="Arial"/>
          <w:b w:val="0"/>
        </w:rPr>
        <w:t>a</w:t>
      </w:r>
      <w:proofErr w:type="gramEnd"/>
      <w:r w:rsidRPr="00E95314">
        <w:rPr>
          <w:rFonts w:ascii="Arial" w:hAnsi="Arial" w:cs="Arial"/>
          <w:b w:val="0"/>
        </w:rPr>
        <w:t xml:space="preserve"> irregularidade, pois o agente liquidador violou </w:t>
      </w:r>
      <w:proofErr w:type="gramStart"/>
      <w:r w:rsidRPr="00E95314">
        <w:rPr>
          <w:rFonts w:ascii="Arial" w:hAnsi="Arial" w:cs="Arial"/>
          <w:b w:val="0"/>
        </w:rPr>
        <w:t>a</w:t>
      </w:r>
      <w:proofErr w:type="gramEnd"/>
      <w:r w:rsidRPr="00E95314">
        <w:rPr>
          <w:rFonts w:ascii="Arial" w:hAnsi="Arial" w:cs="Arial"/>
          <w:b w:val="0"/>
        </w:rPr>
        <w:t xml:space="preserve"> </w:t>
      </w:r>
      <w:r w:rsidRPr="00E95314">
        <w:rPr>
          <w:rFonts w:ascii="Arial" w:hAnsi="Arial" w:cs="Arial"/>
          <w:b w:val="0"/>
        </w:rPr>
        <w:lastRenderedPageBreak/>
        <w:t xml:space="preserve">ARP ao liquidar uma quantia total de 454,5 km em um item que comporta, no máximo, 200 quilômetros, bem como não exigiu a discriminação analítica das viagens no documento fiscal e no empenho para justificar </w:t>
      </w:r>
      <w:proofErr w:type="gramStart"/>
      <w:r w:rsidRPr="00E95314">
        <w:rPr>
          <w:rFonts w:ascii="Arial" w:hAnsi="Arial" w:cs="Arial"/>
          <w:b w:val="0"/>
        </w:rPr>
        <w:t>a</w:t>
      </w:r>
      <w:proofErr w:type="gramEnd"/>
      <w:r w:rsidRPr="00E95314">
        <w:rPr>
          <w:rFonts w:ascii="Arial" w:hAnsi="Arial" w:cs="Arial"/>
          <w:b w:val="0"/>
        </w:rPr>
        <w:t xml:space="preserve"> aplicação da faixa de preço de R$ 13,00 por quilômetro. O valor pago a mais pela diferença entre o preço pago e o preço devido é de R$ 1.150,19, configurando dano ao erário por falha grave de liquidação da despesa. Da mesma maneira, no empenho número 6275 de 2025, liquidou-se 426 quilômetros de ônibus ao preço de R$ 13,00 o quilômetro, enquanto o valor registrado na ata é de 10,47 o quilômetro. Nesse caso, o tacógrafo anexo demonstra apenas 304 quilômetros percorridos, indicando que estes são o somatório de viagens menores. Igualmente, isso não anula </w:t>
      </w:r>
      <w:proofErr w:type="gramStart"/>
      <w:r w:rsidRPr="00E95314">
        <w:rPr>
          <w:rFonts w:ascii="Arial" w:hAnsi="Arial" w:cs="Arial"/>
          <w:b w:val="0"/>
        </w:rPr>
        <w:t>a</w:t>
      </w:r>
      <w:proofErr w:type="gramEnd"/>
      <w:r w:rsidRPr="00E95314">
        <w:rPr>
          <w:rFonts w:ascii="Arial" w:hAnsi="Arial" w:cs="Arial"/>
          <w:b w:val="0"/>
        </w:rPr>
        <w:t xml:space="preserve"> irregularidade no valor cobrado por quilômetro e apresenta uma irregularidade ainda mais grave, pois o agente liquidador não apenas violou </w:t>
      </w:r>
      <w:proofErr w:type="gramStart"/>
      <w:r w:rsidRPr="00E95314">
        <w:rPr>
          <w:rFonts w:ascii="Arial" w:hAnsi="Arial" w:cs="Arial"/>
          <w:b w:val="0"/>
        </w:rPr>
        <w:t>a</w:t>
      </w:r>
      <w:proofErr w:type="gramEnd"/>
      <w:r w:rsidRPr="00E95314">
        <w:rPr>
          <w:rFonts w:ascii="Arial" w:hAnsi="Arial" w:cs="Arial"/>
          <w:b w:val="0"/>
        </w:rPr>
        <w:t xml:space="preserve"> ARP ao liquidar uma quantia total de 426 quilômetros em um item que comporta no máximo 200 quilômetros e deixou de exigir a discriminação analítica das viagens no documento fiscal e no empenho, mas também autorizou liquidação sem comprovação documental. Nesta viagem, a comprovação do quilômetro rodado foi complementada por anotações manuais a lápis no disco do tacógrafo. O tacógrafo é um instrumento de fé pública. Qualquer anotação manual que complemente substancialmente ou contradiga o registro metrológico automatizado, o valor de quilômetros compromete o princípio da inalterabilidade da prova e a fé pública do documento. Tais quilômetros não poderiam, em hipótese alguma, ser considerados validamente comprovados para fins de liquidação de despesa. O valor pago pela quilometragem adicionada por anotação manual no disco do tacógrafo é de R$ 1.586,00, configurando o dano ao erário por falha grave na liquidação da despesa com superfaturamento e sem a mínima comprovação documental da efetiva prestação do serviço. Complementarmente, o valor pago a mais pela diferença entre o preço pago e o preço devido pela quilometragem registrada no tacógrafo representa um superfaturamento de R$ 769,12. </w:t>
      </w:r>
      <w:proofErr w:type="spellStart"/>
      <w:r w:rsidR="00D57C32" w:rsidRPr="00E95314">
        <w:rPr>
          <w:rFonts w:ascii="Arial" w:hAnsi="Arial" w:cs="Arial"/>
          <w:b w:val="0"/>
        </w:rPr>
        <w:t>Finalizada</w:t>
      </w:r>
      <w:proofErr w:type="spellEnd"/>
      <w:r w:rsidR="00D57C32" w:rsidRPr="00E95314">
        <w:rPr>
          <w:rFonts w:ascii="Arial" w:hAnsi="Arial" w:cs="Arial"/>
          <w:b w:val="0"/>
        </w:rPr>
        <w:t xml:space="preserve"> </w:t>
      </w:r>
      <w:proofErr w:type="spellStart"/>
      <w:r w:rsidR="00D57C32" w:rsidRPr="00E95314">
        <w:rPr>
          <w:rFonts w:ascii="Arial" w:hAnsi="Arial" w:cs="Arial"/>
          <w:b w:val="0"/>
        </w:rPr>
        <w:t>parte</w:t>
      </w:r>
      <w:proofErr w:type="spellEnd"/>
      <w:r w:rsidR="00D57C32" w:rsidRPr="00E95314">
        <w:rPr>
          <w:rFonts w:ascii="Arial" w:hAnsi="Arial" w:cs="Arial"/>
          <w:b w:val="0"/>
        </w:rPr>
        <w:t xml:space="preserve"> da </w:t>
      </w:r>
      <w:proofErr w:type="spellStart"/>
      <w:r w:rsidR="00D57C32" w:rsidRPr="00E95314">
        <w:rPr>
          <w:rFonts w:ascii="Arial" w:hAnsi="Arial" w:cs="Arial"/>
          <w:b w:val="0"/>
        </w:rPr>
        <w:t>leitura</w:t>
      </w:r>
      <w:proofErr w:type="spellEnd"/>
      <w:r w:rsidR="00D57C32" w:rsidRPr="00E95314">
        <w:rPr>
          <w:rFonts w:ascii="Arial" w:hAnsi="Arial" w:cs="Arial"/>
          <w:b w:val="0"/>
        </w:rPr>
        <w:t xml:space="preserve"> do </w:t>
      </w:r>
      <w:proofErr w:type="spellStart"/>
      <w:r w:rsidR="00D57C32" w:rsidRPr="00E95314">
        <w:rPr>
          <w:rFonts w:ascii="Arial" w:hAnsi="Arial" w:cs="Arial"/>
          <w:b w:val="0"/>
        </w:rPr>
        <w:t>relatório</w:t>
      </w:r>
      <w:proofErr w:type="spellEnd"/>
      <w:r w:rsidR="00D57C32" w:rsidRPr="00E95314">
        <w:rPr>
          <w:rFonts w:ascii="Arial" w:hAnsi="Arial" w:cs="Arial"/>
          <w:b w:val="0"/>
        </w:rPr>
        <w:t xml:space="preserve"> do Controle </w:t>
      </w:r>
      <w:proofErr w:type="spellStart"/>
      <w:r w:rsidR="00D57C32" w:rsidRPr="00E95314">
        <w:rPr>
          <w:rFonts w:ascii="Arial" w:hAnsi="Arial" w:cs="Arial"/>
          <w:b w:val="0"/>
        </w:rPr>
        <w:t>Interno</w:t>
      </w:r>
      <w:proofErr w:type="spellEnd"/>
      <w:r w:rsidR="00D57C32" w:rsidRPr="00E95314">
        <w:rPr>
          <w:rFonts w:ascii="Arial" w:hAnsi="Arial" w:cs="Arial"/>
          <w:b w:val="0"/>
        </w:rPr>
        <w:t xml:space="preserve">, </w:t>
      </w:r>
      <w:proofErr w:type="spellStart"/>
      <w:r w:rsidR="00D57C32" w:rsidRPr="00E95314">
        <w:rPr>
          <w:rFonts w:ascii="Arial" w:hAnsi="Arial" w:cs="Arial"/>
          <w:b w:val="0"/>
        </w:rPr>
        <w:t>passou</w:t>
      </w:r>
      <w:proofErr w:type="spellEnd"/>
      <w:r w:rsidR="00D57C32" w:rsidRPr="00E95314">
        <w:rPr>
          <w:rFonts w:ascii="Arial" w:hAnsi="Arial" w:cs="Arial"/>
          <w:b w:val="0"/>
        </w:rPr>
        <w:t xml:space="preserve">-se </w:t>
      </w:r>
      <w:proofErr w:type="spellStart"/>
      <w:r w:rsidR="00D57C32" w:rsidRPr="00E95314">
        <w:rPr>
          <w:rFonts w:ascii="Arial" w:hAnsi="Arial" w:cs="Arial"/>
          <w:b w:val="0"/>
        </w:rPr>
        <w:t>então</w:t>
      </w:r>
      <w:proofErr w:type="spellEnd"/>
      <w:r w:rsidR="00D57C32" w:rsidRPr="00E95314">
        <w:rPr>
          <w:rFonts w:ascii="Arial" w:hAnsi="Arial" w:cs="Arial"/>
          <w:b w:val="0"/>
        </w:rPr>
        <w:t xml:space="preserve"> a </w:t>
      </w:r>
      <w:proofErr w:type="spellStart"/>
      <w:r w:rsidR="00D57C32" w:rsidRPr="00E95314">
        <w:rPr>
          <w:rFonts w:ascii="Arial" w:hAnsi="Arial" w:cs="Arial"/>
          <w:b w:val="0"/>
        </w:rPr>
        <w:t>leitura</w:t>
      </w:r>
      <w:proofErr w:type="spellEnd"/>
      <w:r w:rsidR="00D57C32" w:rsidRPr="00E95314">
        <w:rPr>
          <w:rFonts w:ascii="Arial" w:hAnsi="Arial" w:cs="Arial"/>
          <w:b w:val="0"/>
        </w:rPr>
        <w:t xml:space="preserve"> das </w:t>
      </w:r>
      <w:proofErr w:type="spellStart"/>
      <w:r w:rsidRPr="00E95314">
        <w:rPr>
          <w:rFonts w:ascii="Arial" w:hAnsi="Arial" w:cs="Arial"/>
          <w:b w:val="0"/>
        </w:rPr>
        <w:t>correspondências</w:t>
      </w:r>
      <w:proofErr w:type="spellEnd"/>
      <w:r w:rsidRPr="00E95314">
        <w:rPr>
          <w:rFonts w:ascii="Arial" w:hAnsi="Arial" w:cs="Arial"/>
          <w:b w:val="0"/>
        </w:rPr>
        <w:t xml:space="preserve"> </w:t>
      </w:r>
      <w:proofErr w:type="spellStart"/>
      <w:r w:rsidRPr="00E95314">
        <w:rPr>
          <w:rFonts w:ascii="Arial" w:hAnsi="Arial" w:cs="Arial"/>
          <w:b w:val="0"/>
        </w:rPr>
        <w:t>expedidas</w:t>
      </w:r>
      <w:proofErr w:type="spellEnd"/>
      <w:r w:rsidRPr="00E95314">
        <w:rPr>
          <w:rFonts w:ascii="Arial" w:hAnsi="Arial" w:cs="Arial"/>
          <w:b w:val="0"/>
        </w:rPr>
        <w:t xml:space="preserve">. </w:t>
      </w:r>
      <w:r w:rsidR="00D57C32" w:rsidRPr="00E95314">
        <w:rPr>
          <w:rFonts w:ascii="Arial" w:hAnsi="Arial" w:cs="Arial"/>
          <w:b w:val="0"/>
        </w:rPr>
        <w:t xml:space="preserve">A </w:t>
      </w:r>
      <w:proofErr w:type="spellStart"/>
      <w:r w:rsidR="00D57C32" w:rsidRPr="00E95314">
        <w:rPr>
          <w:rFonts w:ascii="Arial" w:hAnsi="Arial" w:cs="Arial"/>
          <w:b w:val="0"/>
        </w:rPr>
        <w:t>fala</w:t>
      </w:r>
      <w:proofErr w:type="spellEnd"/>
      <w:r w:rsidR="00D57C32" w:rsidRPr="00E95314">
        <w:rPr>
          <w:rFonts w:ascii="Arial" w:hAnsi="Arial" w:cs="Arial"/>
          <w:b w:val="0"/>
        </w:rPr>
        <w:t xml:space="preserve"> </w:t>
      </w:r>
      <w:proofErr w:type="spellStart"/>
      <w:r w:rsidR="00D57C32" w:rsidRPr="00E95314">
        <w:rPr>
          <w:rFonts w:ascii="Arial" w:hAnsi="Arial" w:cs="Arial"/>
          <w:b w:val="0"/>
        </w:rPr>
        <w:t>voltou</w:t>
      </w:r>
      <w:proofErr w:type="spellEnd"/>
      <w:r w:rsidR="00D57C32" w:rsidRPr="00E95314">
        <w:rPr>
          <w:rFonts w:ascii="Arial" w:hAnsi="Arial" w:cs="Arial"/>
          <w:b w:val="0"/>
        </w:rPr>
        <w:t xml:space="preserve"> </w:t>
      </w:r>
      <w:proofErr w:type="spellStart"/>
      <w:r w:rsidR="00D57C32" w:rsidRPr="00E95314">
        <w:rPr>
          <w:rFonts w:ascii="Arial" w:hAnsi="Arial" w:cs="Arial"/>
          <w:b w:val="0"/>
        </w:rPr>
        <w:t>ao</w:t>
      </w:r>
      <w:proofErr w:type="spellEnd"/>
      <w:r w:rsidR="00D57C32" w:rsidRPr="00E95314">
        <w:rPr>
          <w:rFonts w:ascii="Arial" w:hAnsi="Arial" w:cs="Arial"/>
          <w:b w:val="0"/>
        </w:rPr>
        <w:t xml:space="preserve"> Presidente que </w:t>
      </w:r>
      <w:proofErr w:type="spellStart"/>
      <w:r w:rsidR="00D57C32" w:rsidRPr="00E95314">
        <w:rPr>
          <w:rFonts w:ascii="Arial" w:hAnsi="Arial" w:cs="Arial"/>
          <w:b w:val="0"/>
        </w:rPr>
        <w:t>complementou</w:t>
      </w:r>
      <w:proofErr w:type="spellEnd"/>
      <w:r w:rsidR="00D57C32" w:rsidRPr="00E95314">
        <w:rPr>
          <w:rFonts w:ascii="Arial" w:hAnsi="Arial" w:cs="Arial"/>
          <w:b w:val="0"/>
        </w:rPr>
        <w:t xml:space="preserve"> que a </w:t>
      </w:r>
      <w:proofErr w:type="spellStart"/>
      <w:r w:rsidR="00D57C32" w:rsidRPr="00E95314">
        <w:rPr>
          <w:rFonts w:ascii="Arial" w:hAnsi="Arial" w:cs="Arial"/>
          <w:b w:val="0"/>
        </w:rPr>
        <w:t>leitura</w:t>
      </w:r>
      <w:proofErr w:type="spellEnd"/>
      <w:r w:rsidR="00D57C32" w:rsidRPr="00E95314">
        <w:rPr>
          <w:rFonts w:ascii="Arial" w:hAnsi="Arial" w:cs="Arial"/>
          <w:b w:val="0"/>
        </w:rPr>
        <w:t xml:space="preserve"> da auditoria</w:t>
      </w:r>
      <w:r w:rsidRPr="00E95314">
        <w:rPr>
          <w:rFonts w:ascii="Arial" w:hAnsi="Arial" w:cs="Arial"/>
          <w:b w:val="0"/>
        </w:rPr>
        <w:t xml:space="preserve"> que </w:t>
      </w:r>
      <w:proofErr w:type="spellStart"/>
      <w:r w:rsidR="00D57C32" w:rsidRPr="00E95314">
        <w:rPr>
          <w:rFonts w:ascii="Arial" w:hAnsi="Arial" w:cs="Arial"/>
          <w:b w:val="0"/>
        </w:rPr>
        <w:t>ocorr</w:t>
      </w:r>
      <w:r w:rsidRPr="00E95314">
        <w:rPr>
          <w:rFonts w:ascii="Arial" w:hAnsi="Arial" w:cs="Arial"/>
          <w:b w:val="0"/>
        </w:rPr>
        <w:t>eu</w:t>
      </w:r>
      <w:proofErr w:type="spellEnd"/>
      <w:r w:rsidRPr="00E95314">
        <w:rPr>
          <w:rFonts w:ascii="Arial" w:hAnsi="Arial" w:cs="Arial"/>
          <w:b w:val="0"/>
        </w:rPr>
        <w:t xml:space="preserve"> </w:t>
      </w:r>
      <w:proofErr w:type="spellStart"/>
      <w:r w:rsidRPr="00E95314">
        <w:rPr>
          <w:rFonts w:ascii="Arial" w:hAnsi="Arial" w:cs="Arial"/>
          <w:b w:val="0"/>
        </w:rPr>
        <w:t>internamente</w:t>
      </w:r>
      <w:proofErr w:type="spellEnd"/>
      <w:r w:rsidRPr="00E95314">
        <w:rPr>
          <w:rFonts w:ascii="Arial" w:hAnsi="Arial" w:cs="Arial"/>
          <w:b w:val="0"/>
        </w:rPr>
        <w:t xml:space="preserve"> no </w:t>
      </w:r>
      <w:proofErr w:type="spellStart"/>
      <w:r w:rsidRPr="00E95314">
        <w:rPr>
          <w:rFonts w:ascii="Arial" w:hAnsi="Arial" w:cs="Arial"/>
          <w:b w:val="0"/>
        </w:rPr>
        <w:t>Executivo</w:t>
      </w:r>
      <w:proofErr w:type="spellEnd"/>
      <w:r w:rsidRPr="00E95314">
        <w:rPr>
          <w:rFonts w:ascii="Arial" w:hAnsi="Arial" w:cs="Arial"/>
          <w:b w:val="0"/>
        </w:rPr>
        <w:t xml:space="preserve"> Municipal de </w:t>
      </w:r>
      <w:proofErr w:type="spellStart"/>
      <w:r w:rsidRPr="00E95314">
        <w:rPr>
          <w:rFonts w:ascii="Arial" w:hAnsi="Arial" w:cs="Arial"/>
          <w:b w:val="0"/>
        </w:rPr>
        <w:t>Tuparendi</w:t>
      </w:r>
      <w:proofErr w:type="spellEnd"/>
      <w:r w:rsidRPr="00E95314">
        <w:rPr>
          <w:rFonts w:ascii="Arial" w:hAnsi="Arial" w:cs="Arial"/>
          <w:b w:val="0"/>
        </w:rPr>
        <w:t xml:space="preserve">, </w:t>
      </w:r>
      <w:proofErr w:type="spellStart"/>
      <w:r w:rsidR="00D57C32" w:rsidRPr="00E95314">
        <w:rPr>
          <w:rFonts w:ascii="Arial" w:hAnsi="Arial" w:cs="Arial"/>
          <w:b w:val="0"/>
        </w:rPr>
        <w:t>conta</w:t>
      </w:r>
      <w:proofErr w:type="spellEnd"/>
      <w:r w:rsidR="00D57C32" w:rsidRPr="00E95314">
        <w:rPr>
          <w:rFonts w:ascii="Arial" w:hAnsi="Arial" w:cs="Arial"/>
          <w:b w:val="0"/>
        </w:rPr>
        <w:t xml:space="preserve"> com </w:t>
      </w:r>
      <w:proofErr w:type="spellStart"/>
      <w:r w:rsidR="00D57C32" w:rsidRPr="00E95314">
        <w:rPr>
          <w:rFonts w:ascii="Arial" w:hAnsi="Arial" w:cs="Arial"/>
          <w:b w:val="0"/>
        </w:rPr>
        <w:t>oitenta</w:t>
      </w:r>
      <w:proofErr w:type="spellEnd"/>
      <w:r w:rsidR="00D57C32" w:rsidRPr="00E95314">
        <w:rPr>
          <w:rFonts w:ascii="Arial" w:hAnsi="Arial" w:cs="Arial"/>
          <w:b w:val="0"/>
        </w:rPr>
        <w:t xml:space="preserve"> </w:t>
      </w:r>
      <w:proofErr w:type="spellStart"/>
      <w:r w:rsidR="00D57C32" w:rsidRPr="00E95314">
        <w:rPr>
          <w:rFonts w:ascii="Arial" w:hAnsi="Arial" w:cs="Arial"/>
          <w:b w:val="0"/>
        </w:rPr>
        <w:t>páginas</w:t>
      </w:r>
      <w:proofErr w:type="spellEnd"/>
      <w:r w:rsidR="00D57C32" w:rsidRPr="00E95314">
        <w:rPr>
          <w:rFonts w:ascii="Arial" w:hAnsi="Arial" w:cs="Arial"/>
          <w:b w:val="0"/>
        </w:rPr>
        <w:t xml:space="preserve">, e o </w:t>
      </w:r>
      <w:proofErr w:type="spellStart"/>
      <w:r w:rsidRPr="00E95314">
        <w:rPr>
          <w:rFonts w:ascii="Arial" w:hAnsi="Arial" w:cs="Arial"/>
          <w:b w:val="0"/>
        </w:rPr>
        <w:t>regimento</w:t>
      </w:r>
      <w:proofErr w:type="spellEnd"/>
      <w:r w:rsidRPr="00E95314">
        <w:rPr>
          <w:rFonts w:ascii="Arial" w:hAnsi="Arial" w:cs="Arial"/>
          <w:b w:val="0"/>
        </w:rPr>
        <w:t xml:space="preserve"> </w:t>
      </w:r>
      <w:proofErr w:type="spellStart"/>
      <w:r w:rsidR="00D57C32" w:rsidRPr="00E95314">
        <w:rPr>
          <w:rFonts w:ascii="Arial" w:hAnsi="Arial" w:cs="Arial"/>
          <w:b w:val="0"/>
        </w:rPr>
        <w:t>interno</w:t>
      </w:r>
      <w:proofErr w:type="spellEnd"/>
      <w:r w:rsidR="00D57C32" w:rsidRPr="00E95314">
        <w:rPr>
          <w:rFonts w:ascii="Arial" w:hAnsi="Arial" w:cs="Arial"/>
          <w:b w:val="0"/>
        </w:rPr>
        <w:t xml:space="preserve">, no </w:t>
      </w:r>
      <w:proofErr w:type="spellStart"/>
      <w:r w:rsidR="00D57C32" w:rsidRPr="00E95314">
        <w:rPr>
          <w:rFonts w:ascii="Arial" w:hAnsi="Arial" w:cs="Arial"/>
          <w:b w:val="0"/>
        </w:rPr>
        <w:t>seu</w:t>
      </w:r>
      <w:proofErr w:type="spellEnd"/>
      <w:r w:rsidR="00D57C32" w:rsidRPr="00E95314">
        <w:rPr>
          <w:rFonts w:ascii="Arial" w:hAnsi="Arial" w:cs="Arial"/>
          <w:b w:val="0"/>
        </w:rPr>
        <w:t xml:space="preserve"> </w:t>
      </w:r>
      <w:proofErr w:type="spellStart"/>
      <w:r w:rsidR="00D57C32" w:rsidRPr="00E95314">
        <w:rPr>
          <w:rFonts w:ascii="Arial" w:hAnsi="Arial" w:cs="Arial"/>
          <w:b w:val="0"/>
        </w:rPr>
        <w:t>artigo</w:t>
      </w:r>
      <w:proofErr w:type="spellEnd"/>
      <w:r w:rsidR="00D57C32" w:rsidRPr="00E95314">
        <w:rPr>
          <w:rFonts w:ascii="Arial" w:hAnsi="Arial" w:cs="Arial"/>
          <w:b w:val="0"/>
        </w:rPr>
        <w:t xml:space="preserve"> </w:t>
      </w:r>
      <w:r w:rsidRPr="00E95314">
        <w:rPr>
          <w:rFonts w:ascii="Arial" w:hAnsi="Arial" w:cs="Arial"/>
          <w:b w:val="0"/>
        </w:rPr>
        <w:t xml:space="preserve">80 </w:t>
      </w:r>
      <w:proofErr w:type="spellStart"/>
      <w:r w:rsidRPr="00E95314">
        <w:rPr>
          <w:rFonts w:ascii="Arial" w:hAnsi="Arial" w:cs="Arial"/>
          <w:b w:val="0"/>
        </w:rPr>
        <w:t>prevê</w:t>
      </w:r>
      <w:proofErr w:type="spellEnd"/>
      <w:r w:rsidRPr="00E95314">
        <w:rPr>
          <w:rFonts w:ascii="Arial" w:hAnsi="Arial" w:cs="Arial"/>
          <w:b w:val="0"/>
        </w:rPr>
        <w:t xml:space="preserve"> que </w:t>
      </w:r>
      <w:proofErr w:type="spellStart"/>
      <w:r w:rsidRPr="00E95314">
        <w:rPr>
          <w:rFonts w:ascii="Arial" w:hAnsi="Arial" w:cs="Arial"/>
          <w:b w:val="0"/>
        </w:rPr>
        <w:t>seja</w:t>
      </w:r>
      <w:proofErr w:type="spellEnd"/>
      <w:r w:rsidRPr="00E95314">
        <w:rPr>
          <w:rFonts w:ascii="Arial" w:hAnsi="Arial" w:cs="Arial"/>
          <w:b w:val="0"/>
        </w:rPr>
        <w:t xml:space="preserve"> lido sempre </w:t>
      </w:r>
      <w:proofErr w:type="gramStart"/>
      <w:r w:rsidRPr="00E95314">
        <w:rPr>
          <w:rFonts w:ascii="Arial" w:hAnsi="Arial" w:cs="Arial"/>
          <w:b w:val="0"/>
        </w:rPr>
        <w:t>a</w:t>
      </w:r>
      <w:proofErr w:type="gramEnd"/>
      <w:r w:rsidRPr="00E95314">
        <w:rPr>
          <w:rFonts w:ascii="Arial" w:hAnsi="Arial" w:cs="Arial"/>
          <w:b w:val="0"/>
        </w:rPr>
        <w:t xml:space="preserve"> ata da sessão plenária anterior aos documentos constantes do expediente. </w:t>
      </w:r>
      <w:proofErr w:type="spellStart"/>
      <w:r w:rsidRPr="00E95314">
        <w:rPr>
          <w:rFonts w:ascii="Arial" w:hAnsi="Arial" w:cs="Arial"/>
          <w:b w:val="0"/>
        </w:rPr>
        <w:t>Então</w:t>
      </w:r>
      <w:proofErr w:type="spellEnd"/>
      <w:r w:rsidRPr="00E95314">
        <w:rPr>
          <w:rFonts w:ascii="Arial" w:hAnsi="Arial" w:cs="Arial"/>
          <w:b w:val="0"/>
        </w:rPr>
        <w:t xml:space="preserve">, </w:t>
      </w:r>
      <w:r w:rsidR="00D57C32" w:rsidRPr="00E95314">
        <w:rPr>
          <w:rFonts w:ascii="Arial" w:hAnsi="Arial" w:cs="Arial"/>
          <w:b w:val="0"/>
        </w:rPr>
        <w:t xml:space="preserve">a </w:t>
      </w:r>
      <w:proofErr w:type="spellStart"/>
      <w:r w:rsidR="00D57C32" w:rsidRPr="00E95314">
        <w:rPr>
          <w:rFonts w:ascii="Arial" w:hAnsi="Arial" w:cs="Arial"/>
          <w:b w:val="0"/>
        </w:rPr>
        <w:t>leitura</w:t>
      </w:r>
      <w:proofErr w:type="spellEnd"/>
      <w:r w:rsidR="00D57C32" w:rsidRPr="00E95314">
        <w:rPr>
          <w:rFonts w:ascii="Arial" w:hAnsi="Arial" w:cs="Arial"/>
          <w:b w:val="0"/>
        </w:rPr>
        <w:t xml:space="preserve"> </w:t>
      </w:r>
      <w:proofErr w:type="spellStart"/>
      <w:r w:rsidR="00D57C32" w:rsidRPr="00E95314">
        <w:rPr>
          <w:rFonts w:ascii="Arial" w:hAnsi="Arial" w:cs="Arial"/>
          <w:b w:val="0"/>
        </w:rPr>
        <w:t>será</w:t>
      </w:r>
      <w:proofErr w:type="spellEnd"/>
      <w:r w:rsidR="00D57C32" w:rsidRPr="00E95314">
        <w:rPr>
          <w:rFonts w:ascii="Arial" w:hAnsi="Arial" w:cs="Arial"/>
          <w:b w:val="0"/>
        </w:rPr>
        <w:t xml:space="preserve"> </w:t>
      </w:r>
      <w:proofErr w:type="spellStart"/>
      <w:r w:rsidR="00D57C32" w:rsidRPr="00E95314">
        <w:rPr>
          <w:rFonts w:ascii="Arial" w:hAnsi="Arial" w:cs="Arial"/>
          <w:b w:val="0"/>
        </w:rPr>
        <w:t>realizada</w:t>
      </w:r>
      <w:proofErr w:type="spellEnd"/>
      <w:r w:rsidR="00D57C32" w:rsidRPr="00E95314">
        <w:rPr>
          <w:rFonts w:ascii="Arial" w:hAnsi="Arial" w:cs="Arial"/>
          <w:b w:val="0"/>
        </w:rPr>
        <w:t xml:space="preserve"> </w:t>
      </w:r>
      <w:proofErr w:type="spellStart"/>
      <w:r w:rsidR="00D57C32" w:rsidRPr="00E95314">
        <w:rPr>
          <w:rFonts w:ascii="Arial" w:hAnsi="Arial" w:cs="Arial"/>
          <w:b w:val="0"/>
        </w:rPr>
        <w:t>durante</w:t>
      </w:r>
      <w:proofErr w:type="spellEnd"/>
      <w:r w:rsidRPr="00E95314">
        <w:rPr>
          <w:rFonts w:ascii="Arial" w:hAnsi="Arial" w:cs="Arial"/>
          <w:b w:val="0"/>
        </w:rPr>
        <w:t xml:space="preserve"> </w:t>
      </w:r>
      <w:proofErr w:type="spellStart"/>
      <w:r w:rsidRPr="00E95314">
        <w:rPr>
          <w:rFonts w:ascii="Arial" w:hAnsi="Arial" w:cs="Arial"/>
          <w:b w:val="0"/>
        </w:rPr>
        <w:t>todas</w:t>
      </w:r>
      <w:proofErr w:type="spellEnd"/>
      <w:r w:rsidRPr="00E95314">
        <w:rPr>
          <w:rFonts w:ascii="Arial" w:hAnsi="Arial" w:cs="Arial"/>
          <w:b w:val="0"/>
        </w:rPr>
        <w:t xml:space="preserve"> as </w:t>
      </w:r>
      <w:proofErr w:type="spellStart"/>
      <w:r w:rsidRPr="00E95314">
        <w:rPr>
          <w:rFonts w:ascii="Arial" w:hAnsi="Arial" w:cs="Arial"/>
          <w:b w:val="0"/>
        </w:rPr>
        <w:t>sessões</w:t>
      </w:r>
      <w:proofErr w:type="spellEnd"/>
      <w:r w:rsidRPr="00E95314">
        <w:rPr>
          <w:rFonts w:ascii="Arial" w:hAnsi="Arial" w:cs="Arial"/>
          <w:b w:val="0"/>
        </w:rPr>
        <w:t xml:space="preserve">, </w:t>
      </w:r>
      <w:r w:rsidR="00D57C32" w:rsidRPr="00E95314">
        <w:rPr>
          <w:rFonts w:ascii="Arial" w:hAnsi="Arial" w:cs="Arial"/>
          <w:b w:val="0"/>
        </w:rPr>
        <w:t xml:space="preserve">e </w:t>
      </w:r>
      <w:proofErr w:type="spellStart"/>
      <w:r w:rsidRPr="00E95314">
        <w:rPr>
          <w:rFonts w:ascii="Arial" w:hAnsi="Arial" w:cs="Arial"/>
          <w:b w:val="0"/>
        </w:rPr>
        <w:t>será</w:t>
      </w:r>
      <w:proofErr w:type="spellEnd"/>
      <w:r w:rsidRPr="00E95314">
        <w:rPr>
          <w:rFonts w:ascii="Arial" w:hAnsi="Arial" w:cs="Arial"/>
          <w:b w:val="0"/>
        </w:rPr>
        <w:t xml:space="preserve"> </w:t>
      </w:r>
      <w:proofErr w:type="spellStart"/>
      <w:r w:rsidRPr="00E95314">
        <w:rPr>
          <w:rFonts w:ascii="Arial" w:hAnsi="Arial" w:cs="Arial"/>
          <w:b w:val="0"/>
        </w:rPr>
        <w:t>feita</w:t>
      </w:r>
      <w:proofErr w:type="spellEnd"/>
      <w:r w:rsidRPr="00E95314">
        <w:rPr>
          <w:rFonts w:ascii="Arial" w:hAnsi="Arial" w:cs="Arial"/>
          <w:b w:val="0"/>
        </w:rPr>
        <w:t xml:space="preserve"> no </w:t>
      </w:r>
      <w:proofErr w:type="spellStart"/>
      <w:r w:rsidRPr="00E95314">
        <w:rPr>
          <w:rFonts w:ascii="Arial" w:hAnsi="Arial" w:cs="Arial"/>
          <w:b w:val="0"/>
        </w:rPr>
        <w:t>prazo</w:t>
      </w:r>
      <w:proofErr w:type="spellEnd"/>
      <w:r w:rsidRPr="00E95314">
        <w:rPr>
          <w:rFonts w:ascii="Arial" w:hAnsi="Arial" w:cs="Arial"/>
          <w:b w:val="0"/>
        </w:rPr>
        <w:t xml:space="preserve"> </w:t>
      </w:r>
      <w:proofErr w:type="spellStart"/>
      <w:r w:rsidRPr="00E95314">
        <w:rPr>
          <w:rFonts w:ascii="Arial" w:hAnsi="Arial" w:cs="Arial"/>
          <w:b w:val="0"/>
        </w:rPr>
        <w:t>máximo</w:t>
      </w:r>
      <w:proofErr w:type="spellEnd"/>
      <w:r w:rsidRPr="00E95314">
        <w:rPr>
          <w:rFonts w:ascii="Arial" w:hAnsi="Arial" w:cs="Arial"/>
          <w:b w:val="0"/>
        </w:rPr>
        <w:t xml:space="preserve"> de 30 </w:t>
      </w:r>
      <w:proofErr w:type="spellStart"/>
      <w:r w:rsidRPr="00E95314">
        <w:rPr>
          <w:rFonts w:ascii="Arial" w:hAnsi="Arial" w:cs="Arial"/>
          <w:b w:val="0"/>
        </w:rPr>
        <w:t>minutos</w:t>
      </w:r>
      <w:proofErr w:type="spellEnd"/>
      <w:r w:rsidRPr="00E95314">
        <w:rPr>
          <w:rFonts w:ascii="Arial" w:hAnsi="Arial" w:cs="Arial"/>
          <w:b w:val="0"/>
        </w:rPr>
        <w:t xml:space="preserve"> </w:t>
      </w:r>
      <w:proofErr w:type="spellStart"/>
      <w:r w:rsidRPr="00E95314">
        <w:rPr>
          <w:rFonts w:ascii="Arial" w:hAnsi="Arial" w:cs="Arial"/>
          <w:b w:val="0"/>
        </w:rPr>
        <w:t>esgotado</w:t>
      </w:r>
      <w:r w:rsidR="00D57C32" w:rsidRPr="00E95314">
        <w:rPr>
          <w:rFonts w:ascii="Arial" w:hAnsi="Arial" w:cs="Arial"/>
          <w:b w:val="0"/>
        </w:rPr>
        <w:t>s</w:t>
      </w:r>
      <w:proofErr w:type="spellEnd"/>
      <w:r w:rsidRPr="00E95314">
        <w:rPr>
          <w:rFonts w:ascii="Arial" w:hAnsi="Arial" w:cs="Arial"/>
          <w:b w:val="0"/>
        </w:rPr>
        <w:t xml:space="preserve">, o qual, se ainda houver material, será na sessão plenária seguinte. O </w:t>
      </w:r>
      <w:proofErr w:type="spellStart"/>
      <w:r w:rsidRPr="00E95314">
        <w:rPr>
          <w:rFonts w:ascii="Arial" w:hAnsi="Arial" w:cs="Arial"/>
          <w:b w:val="0"/>
        </w:rPr>
        <w:t>artigo</w:t>
      </w:r>
      <w:proofErr w:type="spellEnd"/>
      <w:r w:rsidRPr="00E95314">
        <w:rPr>
          <w:rFonts w:ascii="Arial" w:hAnsi="Arial" w:cs="Arial"/>
          <w:b w:val="0"/>
        </w:rPr>
        <w:t xml:space="preserve"> 80</w:t>
      </w:r>
      <w:r w:rsidR="00D57C32" w:rsidRPr="00E95314">
        <w:rPr>
          <w:rFonts w:ascii="Arial" w:hAnsi="Arial" w:cs="Arial"/>
          <w:b w:val="0"/>
        </w:rPr>
        <w:t xml:space="preserve"> </w:t>
      </w:r>
      <w:proofErr w:type="spellStart"/>
      <w:r w:rsidR="00D57C32" w:rsidRPr="00E95314">
        <w:rPr>
          <w:rFonts w:ascii="Arial" w:hAnsi="Arial" w:cs="Arial"/>
          <w:b w:val="0"/>
        </w:rPr>
        <w:t>trata</w:t>
      </w:r>
      <w:proofErr w:type="spellEnd"/>
      <w:r w:rsidR="00D57C32" w:rsidRPr="00E95314">
        <w:rPr>
          <w:rFonts w:ascii="Arial" w:hAnsi="Arial" w:cs="Arial"/>
          <w:b w:val="0"/>
        </w:rPr>
        <w:t xml:space="preserve"> </w:t>
      </w:r>
      <w:proofErr w:type="spellStart"/>
      <w:r w:rsidR="00D57C32" w:rsidRPr="00E95314">
        <w:rPr>
          <w:rFonts w:ascii="Arial" w:hAnsi="Arial" w:cs="Arial"/>
          <w:b w:val="0"/>
        </w:rPr>
        <w:t>desse</w:t>
      </w:r>
      <w:proofErr w:type="spellEnd"/>
      <w:r w:rsidR="00D57C32" w:rsidRPr="00E95314">
        <w:rPr>
          <w:rFonts w:ascii="Arial" w:hAnsi="Arial" w:cs="Arial"/>
          <w:b w:val="0"/>
        </w:rPr>
        <w:t xml:space="preserve"> tempo de </w:t>
      </w:r>
      <w:proofErr w:type="spellStart"/>
      <w:r w:rsidR="00D57C32" w:rsidRPr="00E95314">
        <w:rPr>
          <w:rFonts w:ascii="Arial" w:hAnsi="Arial" w:cs="Arial"/>
          <w:b w:val="0"/>
        </w:rPr>
        <w:t>leitura</w:t>
      </w:r>
      <w:proofErr w:type="spellEnd"/>
      <w:r w:rsidR="00D57C32" w:rsidRPr="00E95314">
        <w:rPr>
          <w:rFonts w:ascii="Arial" w:hAnsi="Arial" w:cs="Arial"/>
          <w:b w:val="0"/>
        </w:rPr>
        <w:t xml:space="preserve">, e </w:t>
      </w:r>
      <w:proofErr w:type="spellStart"/>
      <w:r w:rsidR="00D57C32" w:rsidRPr="00E95314">
        <w:rPr>
          <w:rFonts w:ascii="Arial" w:hAnsi="Arial" w:cs="Arial"/>
          <w:b w:val="0"/>
        </w:rPr>
        <w:t>estamos</w:t>
      </w:r>
      <w:proofErr w:type="spellEnd"/>
      <w:r w:rsidRPr="00E95314">
        <w:rPr>
          <w:rFonts w:ascii="Arial" w:hAnsi="Arial" w:cs="Arial"/>
          <w:b w:val="0"/>
        </w:rPr>
        <w:t xml:space="preserve"> </w:t>
      </w:r>
      <w:proofErr w:type="spellStart"/>
      <w:r w:rsidRPr="00E95314">
        <w:rPr>
          <w:rFonts w:ascii="Arial" w:hAnsi="Arial" w:cs="Arial"/>
          <w:b w:val="0"/>
        </w:rPr>
        <w:t>respeitando</w:t>
      </w:r>
      <w:proofErr w:type="spellEnd"/>
      <w:r w:rsidRPr="00E95314">
        <w:rPr>
          <w:rFonts w:ascii="Arial" w:hAnsi="Arial" w:cs="Arial"/>
          <w:b w:val="0"/>
        </w:rPr>
        <w:t xml:space="preserve"> </w:t>
      </w:r>
      <w:proofErr w:type="spellStart"/>
      <w:r w:rsidRPr="00E95314">
        <w:rPr>
          <w:rFonts w:ascii="Arial" w:hAnsi="Arial" w:cs="Arial"/>
          <w:b w:val="0"/>
        </w:rPr>
        <w:t>os</w:t>
      </w:r>
      <w:proofErr w:type="spellEnd"/>
      <w:r w:rsidRPr="00E95314">
        <w:rPr>
          <w:rFonts w:ascii="Arial" w:hAnsi="Arial" w:cs="Arial"/>
          <w:b w:val="0"/>
        </w:rPr>
        <w:t xml:space="preserve"> 30 </w:t>
      </w:r>
      <w:proofErr w:type="spellStart"/>
      <w:r w:rsidRPr="00E95314">
        <w:rPr>
          <w:rFonts w:ascii="Arial" w:hAnsi="Arial" w:cs="Arial"/>
          <w:b w:val="0"/>
        </w:rPr>
        <w:t>minutos</w:t>
      </w:r>
      <w:proofErr w:type="spellEnd"/>
      <w:r w:rsidRPr="00E95314">
        <w:rPr>
          <w:rFonts w:ascii="Arial" w:hAnsi="Arial" w:cs="Arial"/>
          <w:b w:val="0"/>
        </w:rPr>
        <w:t xml:space="preserve"> </w:t>
      </w:r>
      <w:r w:rsidR="00D57C32" w:rsidRPr="00E95314">
        <w:rPr>
          <w:rFonts w:ascii="Arial" w:hAnsi="Arial" w:cs="Arial"/>
          <w:b w:val="0"/>
        </w:rPr>
        <w:t xml:space="preserve">de </w:t>
      </w:r>
      <w:proofErr w:type="spellStart"/>
      <w:r w:rsidR="00D57C32" w:rsidRPr="00E95314">
        <w:rPr>
          <w:rFonts w:ascii="Arial" w:hAnsi="Arial" w:cs="Arial"/>
          <w:b w:val="0"/>
        </w:rPr>
        <w:t>leitura</w:t>
      </w:r>
      <w:proofErr w:type="spellEnd"/>
      <w:r w:rsidR="00D57C32" w:rsidRPr="00E95314">
        <w:rPr>
          <w:rFonts w:ascii="Arial" w:hAnsi="Arial" w:cs="Arial"/>
          <w:b w:val="0"/>
        </w:rPr>
        <w:t xml:space="preserve">. </w:t>
      </w:r>
      <w:proofErr w:type="spellStart"/>
      <w:r w:rsidR="00D57C32" w:rsidRPr="00E95314">
        <w:rPr>
          <w:rFonts w:ascii="Arial" w:hAnsi="Arial" w:cs="Arial"/>
          <w:b w:val="0"/>
        </w:rPr>
        <w:t>Passamos</w:t>
      </w:r>
      <w:proofErr w:type="spellEnd"/>
      <w:r w:rsidR="00D57C32" w:rsidRPr="00E95314">
        <w:rPr>
          <w:rFonts w:ascii="Arial" w:hAnsi="Arial" w:cs="Arial"/>
          <w:b w:val="0"/>
        </w:rPr>
        <w:t xml:space="preserve"> agora a </w:t>
      </w:r>
      <w:proofErr w:type="spellStart"/>
      <w:r w:rsidR="00D57C32" w:rsidRPr="00E95314">
        <w:rPr>
          <w:rFonts w:ascii="Arial" w:hAnsi="Arial" w:cs="Arial"/>
          <w:b w:val="0"/>
        </w:rPr>
        <w:t>c</w:t>
      </w:r>
      <w:r w:rsidRPr="00E95314">
        <w:rPr>
          <w:rFonts w:ascii="Arial" w:hAnsi="Arial" w:cs="Arial"/>
          <w:b w:val="0"/>
        </w:rPr>
        <w:t>omunicação</w:t>
      </w:r>
      <w:proofErr w:type="spellEnd"/>
      <w:r w:rsidRPr="00E95314">
        <w:rPr>
          <w:rFonts w:ascii="Arial" w:hAnsi="Arial" w:cs="Arial"/>
          <w:b w:val="0"/>
        </w:rPr>
        <w:t xml:space="preserve"> de </w:t>
      </w:r>
      <w:proofErr w:type="spellStart"/>
      <w:r w:rsidRPr="00E95314">
        <w:rPr>
          <w:rFonts w:ascii="Arial" w:hAnsi="Arial" w:cs="Arial"/>
          <w:b w:val="0"/>
        </w:rPr>
        <w:t>líderes</w:t>
      </w:r>
      <w:proofErr w:type="spellEnd"/>
      <w:r w:rsidRPr="00E95314">
        <w:rPr>
          <w:rFonts w:ascii="Arial" w:hAnsi="Arial" w:cs="Arial"/>
          <w:b w:val="0"/>
        </w:rPr>
        <w:t>. Convido</w:t>
      </w:r>
      <w:r w:rsidR="00D57C32" w:rsidRPr="00E95314">
        <w:rPr>
          <w:rFonts w:ascii="Arial" w:hAnsi="Arial" w:cs="Arial"/>
          <w:b w:val="0"/>
        </w:rPr>
        <w:t xml:space="preserve"> </w:t>
      </w:r>
      <w:r w:rsidRPr="00E95314">
        <w:rPr>
          <w:rFonts w:ascii="Arial" w:hAnsi="Arial" w:cs="Arial"/>
          <w:b w:val="0"/>
        </w:rPr>
        <w:t xml:space="preserve">o </w:t>
      </w:r>
      <w:proofErr w:type="spellStart"/>
      <w:r w:rsidRPr="00E95314">
        <w:rPr>
          <w:rFonts w:ascii="Arial" w:hAnsi="Arial" w:cs="Arial"/>
          <w:b w:val="0"/>
        </w:rPr>
        <w:t>líder</w:t>
      </w:r>
      <w:proofErr w:type="spellEnd"/>
      <w:r w:rsidRPr="00E95314">
        <w:rPr>
          <w:rFonts w:ascii="Arial" w:hAnsi="Arial" w:cs="Arial"/>
          <w:b w:val="0"/>
        </w:rPr>
        <w:t xml:space="preserve"> do </w:t>
      </w:r>
      <w:proofErr w:type="spellStart"/>
      <w:r w:rsidRPr="00E95314">
        <w:rPr>
          <w:rFonts w:ascii="Arial" w:hAnsi="Arial" w:cs="Arial"/>
          <w:b w:val="0"/>
        </w:rPr>
        <w:t>prefeito</w:t>
      </w:r>
      <w:proofErr w:type="spellEnd"/>
      <w:r w:rsidRPr="00E95314">
        <w:rPr>
          <w:rFonts w:ascii="Arial" w:hAnsi="Arial" w:cs="Arial"/>
          <w:b w:val="0"/>
        </w:rPr>
        <w:t xml:space="preserve"> para fazer o uso da palavra. 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está</w:t>
      </w:r>
      <w:proofErr w:type="spellEnd"/>
      <w:r w:rsidRPr="00E95314">
        <w:rPr>
          <w:rFonts w:ascii="Arial" w:hAnsi="Arial" w:cs="Arial"/>
          <w:b w:val="0"/>
        </w:rPr>
        <w:t xml:space="preserve"> à </w:t>
      </w:r>
      <w:proofErr w:type="spellStart"/>
      <w:r w:rsidRPr="00E95314">
        <w:rPr>
          <w:rFonts w:ascii="Arial" w:hAnsi="Arial" w:cs="Arial"/>
          <w:b w:val="0"/>
        </w:rPr>
        <w:t>disposição</w:t>
      </w:r>
      <w:proofErr w:type="spellEnd"/>
      <w:r w:rsidRPr="00E95314">
        <w:rPr>
          <w:rFonts w:ascii="Arial" w:hAnsi="Arial" w:cs="Arial"/>
          <w:b w:val="0"/>
        </w:rPr>
        <w:t xml:space="preserve"> </w:t>
      </w:r>
      <w:proofErr w:type="spellStart"/>
      <w:r w:rsidRPr="00E95314">
        <w:rPr>
          <w:rFonts w:ascii="Arial" w:hAnsi="Arial" w:cs="Arial"/>
          <w:b w:val="0"/>
        </w:rPr>
        <w:t>caso</w:t>
      </w:r>
      <w:proofErr w:type="spellEnd"/>
      <w:r w:rsidRPr="00E95314">
        <w:rPr>
          <w:rFonts w:ascii="Arial" w:hAnsi="Arial" w:cs="Arial"/>
          <w:b w:val="0"/>
        </w:rPr>
        <w:t xml:space="preserve"> </w:t>
      </w:r>
      <w:proofErr w:type="spellStart"/>
      <w:r w:rsidRPr="00E95314">
        <w:rPr>
          <w:rFonts w:ascii="Arial" w:hAnsi="Arial" w:cs="Arial"/>
          <w:b w:val="0"/>
        </w:rPr>
        <w:t>queira</w:t>
      </w:r>
      <w:proofErr w:type="spellEnd"/>
      <w:r w:rsidRPr="00E95314">
        <w:rPr>
          <w:rFonts w:ascii="Arial" w:hAnsi="Arial" w:cs="Arial"/>
          <w:b w:val="0"/>
        </w:rPr>
        <w:t xml:space="preserve"> se </w:t>
      </w:r>
      <w:proofErr w:type="spellStart"/>
      <w:r w:rsidRPr="00E95314">
        <w:rPr>
          <w:rFonts w:ascii="Arial" w:hAnsi="Arial" w:cs="Arial"/>
          <w:b w:val="0"/>
        </w:rPr>
        <w:t>manifestar</w:t>
      </w:r>
      <w:proofErr w:type="spellEnd"/>
      <w:r w:rsidRPr="00E95314">
        <w:rPr>
          <w:rFonts w:ascii="Arial" w:hAnsi="Arial" w:cs="Arial"/>
          <w:b w:val="0"/>
        </w:rPr>
        <w:t>.</w:t>
      </w:r>
      <w:r w:rsidR="00D57C32" w:rsidRPr="00E95314">
        <w:rPr>
          <w:rFonts w:ascii="Arial" w:hAnsi="Arial" w:cs="Arial"/>
          <w:b w:val="0"/>
        </w:rPr>
        <w:t xml:space="preserve"> O </w:t>
      </w:r>
      <w:proofErr w:type="spellStart"/>
      <w:r w:rsidR="00D57C32" w:rsidRPr="00E95314">
        <w:rPr>
          <w:rFonts w:ascii="Arial" w:hAnsi="Arial" w:cs="Arial"/>
          <w:b w:val="0"/>
        </w:rPr>
        <w:t>Vereador</w:t>
      </w:r>
      <w:proofErr w:type="spellEnd"/>
      <w:r w:rsidR="00D57C32" w:rsidRPr="00E95314">
        <w:rPr>
          <w:rFonts w:ascii="Arial" w:hAnsi="Arial" w:cs="Arial"/>
          <w:b w:val="0"/>
        </w:rPr>
        <w:t xml:space="preserve"> Flávio</w:t>
      </w:r>
      <w:r w:rsidR="0037430C" w:rsidRPr="00E95314">
        <w:rPr>
          <w:rFonts w:ascii="Arial" w:hAnsi="Arial" w:cs="Arial"/>
          <w:b w:val="0"/>
        </w:rPr>
        <w:t xml:space="preserve"> </w:t>
      </w:r>
      <w:proofErr w:type="spellStart"/>
      <w:r w:rsidR="0037430C" w:rsidRPr="00E95314">
        <w:rPr>
          <w:rFonts w:ascii="Arial" w:hAnsi="Arial" w:cs="Arial"/>
          <w:b w:val="0"/>
        </w:rPr>
        <w:t>usou</w:t>
      </w:r>
      <w:proofErr w:type="spellEnd"/>
      <w:r w:rsidR="0037430C" w:rsidRPr="00E95314">
        <w:rPr>
          <w:rFonts w:ascii="Arial" w:hAnsi="Arial" w:cs="Arial"/>
          <w:b w:val="0"/>
        </w:rPr>
        <w:t xml:space="preserve"> da </w:t>
      </w:r>
      <w:proofErr w:type="spellStart"/>
      <w:r w:rsidR="0037430C" w:rsidRPr="00E95314">
        <w:rPr>
          <w:rFonts w:ascii="Arial" w:hAnsi="Arial" w:cs="Arial"/>
          <w:b w:val="0"/>
        </w:rPr>
        <w:t>palavra</w:t>
      </w:r>
      <w:proofErr w:type="spellEnd"/>
      <w:r w:rsidR="0037430C" w:rsidRPr="00E95314">
        <w:rPr>
          <w:rFonts w:ascii="Arial" w:hAnsi="Arial" w:cs="Arial"/>
          <w:b w:val="0"/>
        </w:rPr>
        <w:t xml:space="preserve"> </w:t>
      </w:r>
      <w:proofErr w:type="spellStart"/>
      <w:r w:rsidR="0037430C" w:rsidRPr="00E95314">
        <w:rPr>
          <w:rFonts w:ascii="Arial" w:hAnsi="Arial" w:cs="Arial"/>
          <w:b w:val="0"/>
        </w:rPr>
        <w:t>cumprimentando</w:t>
      </w:r>
      <w:proofErr w:type="spellEnd"/>
      <w:r w:rsidR="0037430C" w:rsidRPr="00E95314">
        <w:rPr>
          <w:rFonts w:ascii="Arial" w:hAnsi="Arial" w:cs="Arial"/>
          <w:b w:val="0"/>
        </w:rPr>
        <w:t xml:space="preserve"> o Presidente Tusi e </w:t>
      </w:r>
      <w:proofErr w:type="spellStart"/>
      <w:r w:rsidR="0037430C" w:rsidRPr="00E95314">
        <w:rPr>
          <w:rFonts w:ascii="Arial" w:hAnsi="Arial" w:cs="Arial"/>
          <w:b w:val="0"/>
        </w:rPr>
        <w:t>os</w:t>
      </w:r>
      <w:proofErr w:type="spellEnd"/>
      <w:r w:rsidR="0037430C" w:rsidRPr="00E95314">
        <w:rPr>
          <w:rFonts w:ascii="Arial" w:hAnsi="Arial" w:cs="Arial"/>
          <w:b w:val="0"/>
        </w:rPr>
        <w:t xml:space="preserve"> </w:t>
      </w:r>
      <w:proofErr w:type="spellStart"/>
      <w:r w:rsidR="0037430C" w:rsidRPr="00E95314">
        <w:rPr>
          <w:rFonts w:ascii="Arial" w:hAnsi="Arial" w:cs="Arial"/>
          <w:b w:val="0"/>
        </w:rPr>
        <w:t>demais</w:t>
      </w:r>
      <w:proofErr w:type="spellEnd"/>
      <w:r w:rsidR="0037430C" w:rsidRPr="00E95314">
        <w:rPr>
          <w:rFonts w:ascii="Arial" w:hAnsi="Arial" w:cs="Arial"/>
          <w:b w:val="0"/>
        </w:rPr>
        <w:t xml:space="preserve"> </w:t>
      </w:r>
      <w:proofErr w:type="spellStart"/>
      <w:r w:rsidR="0037430C" w:rsidRPr="00E95314">
        <w:rPr>
          <w:rFonts w:ascii="Arial" w:hAnsi="Arial" w:cs="Arial"/>
          <w:b w:val="0"/>
        </w:rPr>
        <w:t>colegas</w:t>
      </w:r>
      <w:proofErr w:type="spellEnd"/>
      <w:r w:rsidR="0037430C" w:rsidRPr="00E95314">
        <w:rPr>
          <w:rFonts w:ascii="Arial" w:hAnsi="Arial" w:cs="Arial"/>
          <w:b w:val="0"/>
        </w:rPr>
        <w:t xml:space="preserve"> </w:t>
      </w:r>
      <w:proofErr w:type="spellStart"/>
      <w:r w:rsidR="0037430C" w:rsidRPr="00E95314">
        <w:rPr>
          <w:rFonts w:ascii="Arial" w:hAnsi="Arial" w:cs="Arial"/>
          <w:b w:val="0"/>
        </w:rPr>
        <w:t>vereadores</w:t>
      </w:r>
      <w:proofErr w:type="spellEnd"/>
      <w:r w:rsidR="0037430C" w:rsidRPr="00E95314">
        <w:rPr>
          <w:rFonts w:ascii="Arial" w:hAnsi="Arial" w:cs="Arial"/>
          <w:b w:val="0"/>
        </w:rPr>
        <w:t xml:space="preserve">. Disse que no </w:t>
      </w:r>
      <w:proofErr w:type="spellStart"/>
      <w:r w:rsidR="0037430C" w:rsidRPr="00E95314">
        <w:rPr>
          <w:rFonts w:ascii="Arial" w:hAnsi="Arial" w:cs="Arial"/>
          <w:b w:val="0"/>
        </w:rPr>
        <w:t>dia</w:t>
      </w:r>
      <w:proofErr w:type="spellEnd"/>
      <w:r w:rsidR="0037430C" w:rsidRPr="00E95314">
        <w:rPr>
          <w:rFonts w:ascii="Arial" w:hAnsi="Arial" w:cs="Arial"/>
          <w:b w:val="0"/>
        </w:rPr>
        <w:t xml:space="preserve"> de </w:t>
      </w:r>
      <w:proofErr w:type="spellStart"/>
      <w:r w:rsidR="0037430C" w:rsidRPr="00E95314">
        <w:rPr>
          <w:rFonts w:ascii="Arial" w:hAnsi="Arial" w:cs="Arial"/>
          <w:b w:val="0"/>
        </w:rPr>
        <w:t>h</w:t>
      </w:r>
      <w:r w:rsidRPr="00E95314">
        <w:rPr>
          <w:rFonts w:ascii="Arial" w:hAnsi="Arial" w:cs="Arial"/>
          <w:b w:val="0"/>
        </w:rPr>
        <w:t>oje</w:t>
      </w:r>
      <w:proofErr w:type="spellEnd"/>
      <w:r w:rsidRPr="00E95314">
        <w:rPr>
          <w:rFonts w:ascii="Arial" w:hAnsi="Arial" w:cs="Arial"/>
          <w:b w:val="0"/>
        </w:rPr>
        <w:t xml:space="preserve"> </w:t>
      </w:r>
      <w:proofErr w:type="spellStart"/>
      <w:r w:rsidR="0037430C" w:rsidRPr="00E95314">
        <w:rPr>
          <w:rFonts w:ascii="Arial" w:hAnsi="Arial" w:cs="Arial"/>
          <w:b w:val="0"/>
        </w:rPr>
        <w:t>esteve</w:t>
      </w:r>
      <w:proofErr w:type="spellEnd"/>
      <w:r w:rsidRPr="00E95314">
        <w:rPr>
          <w:rFonts w:ascii="Arial" w:hAnsi="Arial" w:cs="Arial"/>
          <w:b w:val="0"/>
        </w:rPr>
        <w:t xml:space="preserve"> </w:t>
      </w:r>
      <w:proofErr w:type="spellStart"/>
      <w:r w:rsidR="0037430C" w:rsidRPr="00E95314">
        <w:rPr>
          <w:rFonts w:ascii="Arial" w:hAnsi="Arial" w:cs="Arial"/>
          <w:b w:val="0"/>
        </w:rPr>
        <w:t>presente</w:t>
      </w:r>
      <w:proofErr w:type="spellEnd"/>
      <w:r w:rsidR="0037430C" w:rsidRPr="00E95314">
        <w:rPr>
          <w:rFonts w:ascii="Arial" w:hAnsi="Arial" w:cs="Arial"/>
          <w:b w:val="0"/>
        </w:rPr>
        <w:t xml:space="preserve"> </w:t>
      </w:r>
      <w:proofErr w:type="spellStart"/>
      <w:r w:rsidR="0037430C" w:rsidRPr="00E95314">
        <w:rPr>
          <w:rFonts w:ascii="Arial" w:hAnsi="Arial" w:cs="Arial"/>
          <w:b w:val="0"/>
        </w:rPr>
        <w:t>em</w:t>
      </w:r>
      <w:proofErr w:type="spellEnd"/>
      <w:r w:rsidR="0037430C" w:rsidRPr="00E95314">
        <w:rPr>
          <w:rFonts w:ascii="Arial" w:hAnsi="Arial" w:cs="Arial"/>
          <w:b w:val="0"/>
        </w:rPr>
        <w:t xml:space="preserve"> </w:t>
      </w:r>
      <w:proofErr w:type="spellStart"/>
      <w:r w:rsidR="0037430C" w:rsidRPr="00E95314">
        <w:rPr>
          <w:rFonts w:ascii="Arial" w:hAnsi="Arial" w:cs="Arial"/>
          <w:b w:val="0"/>
        </w:rPr>
        <w:t>uma</w:t>
      </w:r>
      <w:proofErr w:type="spellEnd"/>
      <w:r w:rsidR="0037430C" w:rsidRPr="00E95314">
        <w:rPr>
          <w:rFonts w:ascii="Arial" w:hAnsi="Arial" w:cs="Arial"/>
          <w:b w:val="0"/>
        </w:rPr>
        <w:t xml:space="preserve"> </w:t>
      </w:r>
      <w:proofErr w:type="spellStart"/>
      <w:r w:rsidR="0037430C" w:rsidRPr="00E95314">
        <w:rPr>
          <w:rFonts w:ascii="Arial" w:hAnsi="Arial" w:cs="Arial"/>
          <w:b w:val="0"/>
        </w:rPr>
        <w:t>reunião</w:t>
      </w:r>
      <w:proofErr w:type="spellEnd"/>
      <w:r w:rsidR="0037430C" w:rsidRPr="00E95314">
        <w:rPr>
          <w:rFonts w:ascii="Arial" w:hAnsi="Arial" w:cs="Arial"/>
          <w:b w:val="0"/>
        </w:rPr>
        <w:t xml:space="preserve"> no </w:t>
      </w:r>
      <w:proofErr w:type="spellStart"/>
      <w:r w:rsidR="0037430C" w:rsidRPr="00E95314">
        <w:rPr>
          <w:rFonts w:ascii="Arial" w:hAnsi="Arial" w:cs="Arial"/>
          <w:b w:val="0"/>
        </w:rPr>
        <w:t>gabinete</w:t>
      </w:r>
      <w:proofErr w:type="spellEnd"/>
      <w:r w:rsidR="0037430C" w:rsidRPr="00E95314">
        <w:rPr>
          <w:rFonts w:ascii="Arial" w:hAnsi="Arial" w:cs="Arial"/>
          <w:b w:val="0"/>
        </w:rPr>
        <w:t xml:space="preserve"> d</w:t>
      </w:r>
      <w:r w:rsidRPr="00E95314">
        <w:rPr>
          <w:rFonts w:ascii="Arial" w:hAnsi="Arial" w:cs="Arial"/>
          <w:b w:val="0"/>
        </w:rPr>
        <w:t xml:space="preserve">o </w:t>
      </w:r>
      <w:proofErr w:type="spellStart"/>
      <w:r w:rsidRPr="00E95314">
        <w:rPr>
          <w:rFonts w:ascii="Arial" w:hAnsi="Arial" w:cs="Arial"/>
          <w:b w:val="0"/>
        </w:rPr>
        <w:t>prefeito</w:t>
      </w:r>
      <w:proofErr w:type="spellEnd"/>
      <w:r w:rsidR="0037430C" w:rsidRPr="00E95314">
        <w:rPr>
          <w:rFonts w:ascii="Arial" w:hAnsi="Arial" w:cs="Arial"/>
          <w:b w:val="0"/>
        </w:rPr>
        <w:t xml:space="preserve"> e </w:t>
      </w:r>
      <w:proofErr w:type="spellStart"/>
      <w:r w:rsidR="0037430C" w:rsidRPr="00E95314">
        <w:rPr>
          <w:rFonts w:ascii="Arial" w:hAnsi="Arial" w:cs="Arial"/>
          <w:b w:val="0"/>
        </w:rPr>
        <w:t>foi</w:t>
      </w:r>
      <w:proofErr w:type="spellEnd"/>
      <w:r w:rsidR="0037430C" w:rsidRPr="00E95314">
        <w:rPr>
          <w:rFonts w:ascii="Arial" w:hAnsi="Arial" w:cs="Arial"/>
          <w:b w:val="0"/>
        </w:rPr>
        <w:t xml:space="preserve"> </w:t>
      </w:r>
      <w:proofErr w:type="spellStart"/>
      <w:r w:rsidR="0037430C" w:rsidRPr="00E95314">
        <w:rPr>
          <w:rFonts w:ascii="Arial" w:hAnsi="Arial" w:cs="Arial"/>
          <w:b w:val="0"/>
        </w:rPr>
        <w:t>tratado</w:t>
      </w:r>
      <w:proofErr w:type="spellEnd"/>
      <w:r w:rsidR="0037430C" w:rsidRPr="00E95314">
        <w:rPr>
          <w:rFonts w:ascii="Arial" w:hAnsi="Arial" w:cs="Arial"/>
          <w:b w:val="0"/>
        </w:rPr>
        <w:t xml:space="preserve"> </w:t>
      </w:r>
      <w:proofErr w:type="spellStart"/>
      <w:r w:rsidR="0037430C" w:rsidRPr="00E95314">
        <w:rPr>
          <w:rFonts w:ascii="Arial" w:hAnsi="Arial" w:cs="Arial"/>
          <w:b w:val="0"/>
        </w:rPr>
        <w:t>sobre</w:t>
      </w:r>
      <w:proofErr w:type="spellEnd"/>
      <w:r w:rsidR="0037430C" w:rsidRPr="00E95314">
        <w:rPr>
          <w:rFonts w:ascii="Arial" w:hAnsi="Arial" w:cs="Arial"/>
          <w:b w:val="0"/>
        </w:rPr>
        <w:t xml:space="preserve"> </w:t>
      </w:r>
      <w:proofErr w:type="spellStart"/>
      <w:r w:rsidR="0037430C" w:rsidRPr="00E95314">
        <w:rPr>
          <w:rFonts w:ascii="Arial" w:hAnsi="Arial" w:cs="Arial"/>
          <w:b w:val="0"/>
        </w:rPr>
        <w:t>algumas</w:t>
      </w:r>
      <w:proofErr w:type="spellEnd"/>
      <w:r w:rsidRPr="00E95314">
        <w:rPr>
          <w:rFonts w:ascii="Arial" w:hAnsi="Arial" w:cs="Arial"/>
          <w:b w:val="0"/>
        </w:rPr>
        <w:t xml:space="preserve"> </w:t>
      </w:r>
      <w:proofErr w:type="spellStart"/>
      <w:r w:rsidRPr="00E95314">
        <w:rPr>
          <w:rFonts w:ascii="Arial" w:hAnsi="Arial" w:cs="Arial"/>
          <w:b w:val="0"/>
        </w:rPr>
        <w:t>demandas</w:t>
      </w:r>
      <w:proofErr w:type="spellEnd"/>
      <w:r w:rsidRPr="00E95314">
        <w:rPr>
          <w:rFonts w:ascii="Arial" w:hAnsi="Arial" w:cs="Arial"/>
          <w:b w:val="0"/>
        </w:rPr>
        <w:t xml:space="preserve"> que a </w:t>
      </w:r>
      <w:proofErr w:type="spellStart"/>
      <w:r w:rsidRPr="00E95314">
        <w:rPr>
          <w:rFonts w:ascii="Arial" w:hAnsi="Arial" w:cs="Arial"/>
          <w:b w:val="0"/>
        </w:rPr>
        <w:t>nossa</w:t>
      </w:r>
      <w:proofErr w:type="spellEnd"/>
      <w:r w:rsidRPr="00E95314">
        <w:rPr>
          <w:rFonts w:ascii="Arial" w:hAnsi="Arial" w:cs="Arial"/>
          <w:b w:val="0"/>
        </w:rPr>
        <w:t xml:space="preserve"> </w:t>
      </w:r>
      <w:proofErr w:type="spellStart"/>
      <w:proofErr w:type="gramStart"/>
      <w:r w:rsidRPr="00E95314">
        <w:rPr>
          <w:rFonts w:ascii="Arial" w:hAnsi="Arial" w:cs="Arial"/>
          <w:b w:val="0"/>
        </w:rPr>
        <w:t>comissão</w:t>
      </w:r>
      <w:proofErr w:type="spellEnd"/>
      <w:r w:rsidRPr="00E95314">
        <w:rPr>
          <w:rFonts w:ascii="Arial" w:hAnsi="Arial" w:cs="Arial"/>
          <w:b w:val="0"/>
        </w:rPr>
        <w:t xml:space="preserve"> </w:t>
      </w:r>
      <w:r w:rsidR="0037430C" w:rsidRPr="00E95314">
        <w:rPr>
          <w:rFonts w:ascii="Arial" w:hAnsi="Arial" w:cs="Arial"/>
          <w:b w:val="0"/>
        </w:rPr>
        <w:t xml:space="preserve"> e</w:t>
      </w:r>
      <w:proofErr w:type="gramEnd"/>
      <w:r w:rsidR="0037430C" w:rsidRPr="00E95314">
        <w:rPr>
          <w:rFonts w:ascii="Arial" w:hAnsi="Arial" w:cs="Arial"/>
          <w:b w:val="0"/>
        </w:rPr>
        <w:t xml:space="preserve"> a </w:t>
      </w:r>
      <w:proofErr w:type="spellStart"/>
      <w:r w:rsidR="0037430C" w:rsidRPr="00E95314">
        <w:rPr>
          <w:rFonts w:ascii="Arial" w:hAnsi="Arial" w:cs="Arial"/>
          <w:b w:val="0"/>
        </w:rPr>
        <w:t>comissão</w:t>
      </w:r>
      <w:proofErr w:type="spellEnd"/>
      <w:r w:rsidR="0037430C" w:rsidRPr="00E95314">
        <w:rPr>
          <w:rFonts w:ascii="Arial" w:hAnsi="Arial" w:cs="Arial"/>
          <w:b w:val="0"/>
        </w:rPr>
        <w:t xml:space="preserve"> de </w:t>
      </w:r>
      <w:proofErr w:type="spellStart"/>
      <w:proofErr w:type="gramStart"/>
      <w:r w:rsidR="0037430C" w:rsidRPr="00E95314">
        <w:rPr>
          <w:rFonts w:ascii="Arial" w:hAnsi="Arial" w:cs="Arial"/>
          <w:b w:val="0"/>
        </w:rPr>
        <w:t>constituição</w:t>
      </w:r>
      <w:proofErr w:type="spellEnd"/>
      <w:r w:rsidR="0037430C" w:rsidRPr="00E95314">
        <w:rPr>
          <w:rFonts w:ascii="Arial" w:hAnsi="Arial" w:cs="Arial"/>
          <w:b w:val="0"/>
        </w:rPr>
        <w:t xml:space="preserve">,  </w:t>
      </w:r>
      <w:proofErr w:type="spellStart"/>
      <w:r w:rsidR="0037430C" w:rsidRPr="00E95314">
        <w:rPr>
          <w:rFonts w:ascii="Arial" w:hAnsi="Arial" w:cs="Arial"/>
          <w:b w:val="0"/>
        </w:rPr>
        <w:t>pediu</w:t>
      </w:r>
      <w:proofErr w:type="spellEnd"/>
      <w:proofErr w:type="gramEnd"/>
      <w:r w:rsidR="0037430C" w:rsidRPr="00E95314">
        <w:rPr>
          <w:rFonts w:ascii="Arial" w:hAnsi="Arial" w:cs="Arial"/>
          <w:b w:val="0"/>
        </w:rPr>
        <w:t xml:space="preserve"> e </w:t>
      </w:r>
      <w:proofErr w:type="spellStart"/>
      <w:r w:rsidR="0037430C" w:rsidRPr="00E95314">
        <w:rPr>
          <w:rFonts w:ascii="Arial" w:hAnsi="Arial" w:cs="Arial"/>
          <w:b w:val="0"/>
        </w:rPr>
        <w:t>reclamou</w:t>
      </w:r>
      <w:proofErr w:type="spellEnd"/>
      <w:r w:rsidR="0037430C" w:rsidRPr="00E95314">
        <w:rPr>
          <w:rFonts w:ascii="Arial" w:hAnsi="Arial" w:cs="Arial"/>
          <w:b w:val="0"/>
        </w:rPr>
        <w:t xml:space="preserve"> de </w:t>
      </w:r>
      <w:proofErr w:type="spellStart"/>
      <w:r w:rsidR="0037430C" w:rsidRPr="00E95314">
        <w:rPr>
          <w:rFonts w:ascii="Arial" w:hAnsi="Arial" w:cs="Arial"/>
          <w:b w:val="0"/>
        </w:rPr>
        <w:t>t</w:t>
      </w:r>
      <w:r w:rsidRPr="00E95314">
        <w:rPr>
          <w:rFonts w:ascii="Arial" w:hAnsi="Arial" w:cs="Arial"/>
          <w:b w:val="0"/>
        </w:rPr>
        <w:t>er</w:t>
      </w:r>
      <w:proofErr w:type="spellEnd"/>
      <w:r w:rsidRPr="00E95314">
        <w:rPr>
          <w:rFonts w:ascii="Arial" w:hAnsi="Arial" w:cs="Arial"/>
          <w:b w:val="0"/>
        </w:rPr>
        <w:t xml:space="preserve"> </w:t>
      </w:r>
      <w:proofErr w:type="spellStart"/>
      <w:r w:rsidRPr="00E95314">
        <w:rPr>
          <w:rFonts w:ascii="Arial" w:hAnsi="Arial" w:cs="Arial"/>
          <w:b w:val="0"/>
        </w:rPr>
        <w:t>mais</w:t>
      </w:r>
      <w:proofErr w:type="spellEnd"/>
      <w:r w:rsidRPr="00E95314">
        <w:rPr>
          <w:rFonts w:ascii="Arial" w:hAnsi="Arial" w:cs="Arial"/>
          <w:b w:val="0"/>
        </w:rPr>
        <w:t xml:space="preserve"> conversa entre o poder legislativo e o poder executivo. </w:t>
      </w:r>
      <w:proofErr w:type="spellStart"/>
      <w:r w:rsidR="0037430C" w:rsidRPr="00E95314">
        <w:rPr>
          <w:rFonts w:ascii="Arial" w:hAnsi="Arial" w:cs="Arial"/>
          <w:b w:val="0"/>
        </w:rPr>
        <w:t>C</w:t>
      </w:r>
      <w:r w:rsidRPr="00E95314">
        <w:rPr>
          <w:rFonts w:ascii="Arial" w:hAnsi="Arial" w:cs="Arial"/>
          <w:b w:val="0"/>
        </w:rPr>
        <w:t>oloquei</w:t>
      </w:r>
      <w:proofErr w:type="spellEnd"/>
      <w:r w:rsidRPr="00E95314">
        <w:rPr>
          <w:rFonts w:ascii="Arial" w:hAnsi="Arial" w:cs="Arial"/>
          <w:b w:val="0"/>
        </w:rPr>
        <w:t xml:space="preserve"> para o </w:t>
      </w:r>
      <w:proofErr w:type="spellStart"/>
      <w:r w:rsidRPr="00E95314">
        <w:rPr>
          <w:rFonts w:ascii="Arial" w:hAnsi="Arial" w:cs="Arial"/>
          <w:b w:val="0"/>
        </w:rPr>
        <w:t>prefeito</w:t>
      </w:r>
      <w:proofErr w:type="spellEnd"/>
      <w:r w:rsidRPr="00E95314">
        <w:rPr>
          <w:rFonts w:ascii="Arial" w:hAnsi="Arial" w:cs="Arial"/>
          <w:b w:val="0"/>
        </w:rPr>
        <w:t xml:space="preserve"> e </w:t>
      </w:r>
      <w:proofErr w:type="spellStart"/>
      <w:r w:rsidRPr="00E95314">
        <w:rPr>
          <w:rFonts w:ascii="Arial" w:hAnsi="Arial" w:cs="Arial"/>
          <w:b w:val="0"/>
        </w:rPr>
        <w:t>ele</w:t>
      </w:r>
      <w:proofErr w:type="spellEnd"/>
      <w:r w:rsidRPr="00E95314">
        <w:rPr>
          <w:rFonts w:ascii="Arial" w:hAnsi="Arial" w:cs="Arial"/>
          <w:b w:val="0"/>
        </w:rPr>
        <w:t xml:space="preserve"> </w:t>
      </w:r>
      <w:proofErr w:type="spellStart"/>
      <w:r w:rsidRPr="00E95314">
        <w:rPr>
          <w:rFonts w:ascii="Arial" w:hAnsi="Arial" w:cs="Arial"/>
          <w:b w:val="0"/>
        </w:rPr>
        <w:t>disse</w:t>
      </w:r>
      <w:proofErr w:type="spellEnd"/>
      <w:r w:rsidRPr="00E95314">
        <w:rPr>
          <w:rFonts w:ascii="Arial" w:hAnsi="Arial" w:cs="Arial"/>
          <w:b w:val="0"/>
        </w:rPr>
        <w:t xml:space="preserve"> que </w:t>
      </w:r>
      <w:proofErr w:type="spellStart"/>
      <w:r w:rsidRPr="00E95314">
        <w:rPr>
          <w:rFonts w:ascii="Arial" w:hAnsi="Arial" w:cs="Arial"/>
          <w:b w:val="0"/>
        </w:rPr>
        <w:t>tem</w:t>
      </w:r>
      <w:proofErr w:type="spellEnd"/>
      <w:r w:rsidRPr="00E95314">
        <w:rPr>
          <w:rFonts w:ascii="Arial" w:hAnsi="Arial" w:cs="Arial"/>
          <w:b w:val="0"/>
        </w:rPr>
        <w:t xml:space="preserve"> </w:t>
      </w:r>
      <w:proofErr w:type="spellStart"/>
      <w:r w:rsidRPr="00E95314">
        <w:rPr>
          <w:rFonts w:ascii="Arial" w:hAnsi="Arial" w:cs="Arial"/>
          <w:b w:val="0"/>
        </w:rPr>
        <w:t>projetos</w:t>
      </w:r>
      <w:proofErr w:type="spellEnd"/>
      <w:r w:rsidR="0037430C" w:rsidRPr="00E95314">
        <w:rPr>
          <w:rFonts w:ascii="Arial" w:hAnsi="Arial" w:cs="Arial"/>
          <w:b w:val="0"/>
        </w:rPr>
        <w:t xml:space="preserve"> e </w:t>
      </w:r>
      <w:proofErr w:type="spellStart"/>
      <w:r w:rsidRPr="00E95314">
        <w:rPr>
          <w:rFonts w:ascii="Arial" w:hAnsi="Arial" w:cs="Arial"/>
          <w:b w:val="0"/>
        </w:rPr>
        <w:t>id</w:t>
      </w:r>
      <w:r w:rsidR="0037430C" w:rsidRPr="00E95314">
        <w:rPr>
          <w:rFonts w:ascii="Arial" w:hAnsi="Arial" w:cs="Arial"/>
          <w:b w:val="0"/>
        </w:rPr>
        <w:t>é</w:t>
      </w:r>
      <w:r w:rsidRPr="00E95314">
        <w:rPr>
          <w:rFonts w:ascii="Arial" w:hAnsi="Arial" w:cs="Arial"/>
          <w:b w:val="0"/>
        </w:rPr>
        <w:t>ias</w:t>
      </w:r>
      <w:proofErr w:type="spellEnd"/>
      <w:r w:rsidRPr="00E95314">
        <w:rPr>
          <w:rFonts w:ascii="Arial" w:hAnsi="Arial" w:cs="Arial"/>
          <w:b w:val="0"/>
        </w:rPr>
        <w:t xml:space="preserve">, </w:t>
      </w:r>
      <w:r w:rsidR="0037430C" w:rsidRPr="00E95314">
        <w:rPr>
          <w:rFonts w:ascii="Arial" w:hAnsi="Arial" w:cs="Arial"/>
          <w:b w:val="0"/>
        </w:rPr>
        <w:t xml:space="preserve">e </w:t>
      </w:r>
      <w:proofErr w:type="spellStart"/>
      <w:r w:rsidR="0037430C" w:rsidRPr="00E95314">
        <w:rPr>
          <w:rFonts w:ascii="Arial" w:hAnsi="Arial" w:cs="Arial"/>
          <w:b w:val="0"/>
        </w:rPr>
        <w:t>foi</w:t>
      </w:r>
      <w:proofErr w:type="spellEnd"/>
      <w:r w:rsidR="0037430C" w:rsidRPr="00E95314">
        <w:rPr>
          <w:rFonts w:ascii="Arial" w:hAnsi="Arial" w:cs="Arial"/>
          <w:b w:val="0"/>
        </w:rPr>
        <w:t xml:space="preserve"> </w:t>
      </w:r>
      <w:proofErr w:type="spellStart"/>
      <w:r w:rsidR="0037430C" w:rsidRPr="00E95314">
        <w:rPr>
          <w:rFonts w:ascii="Arial" w:hAnsi="Arial" w:cs="Arial"/>
          <w:b w:val="0"/>
        </w:rPr>
        <w:t>então</w:t>
      </w:r>
      <w:proofErr w:type="spellEnd"/>
      <w:r w:rsidR="0037430C" w:rsidRPr="00E95314">
        <w:rPr>
          <w:rFonts w:ascii="Arial" w:hAnsi="Arial" w:cs="Arial"/>
          <w:b w:val="0"/>
        </w:rPr>
        <w:t xml:space="preserve"> que </w:t>
      </w:r>
      <w:proofErr w:type="spellStart"/>
      <w:r w:rsidR="0037430C" w:rsidRPr="00E95314">
        <w:rPr>
          <w:rFonts w:ascii="Arial" w:hAnsi="Arial" w:cs="Arial"/>
          <w:b w:val="0"/>
        </w:rPr>
        <w:t>resolvemos</w:t>
      </w:r>
      <w:proofErr w:type="spellEnd"/>
      <w:r w:rsidR="0037430C" w:rsidRPr="00E95314">
        <w:rPr>
          <w:rFonts w:ascii="Arial" w:hAnsi="Arial" w:cs="Arial"/>
          <w:b w:val="0"/>
        </w:rPr>
        <w:t xml:space="preserve"> </w:t>
      </w:r>
      <w:proofErr w:type="spellStart"/>
      <w:r w:rsidR="0037430C" w:rsidRPr="00E95314">
        <w:rPr>
          <w:rFonts w:ascii="Arial" w:hAnsi="Arial" w:cs="Arial"/>
          <w:b w:val="0"/>
        </w:rPr>
        <w:t>f</w:t>
      </w:r>
      <w:r w:rsidRPr="00E95314">
        <w:rPr>
          <w:rFonts w:ascii="Arial" w:hAnsi="Arial" w:cs="Arial"/>
          <w:b w:val="0"/>
        </w:rPr>
        <w:t>azer</w:t>
      </w:r>
      <w:proofErr w:type="spellEnd"/>
      <w:r w:rsidRPr="00E95314">
        <w:rPr>
          <w:rFonts w:ascii="Arial" w:hAnsi="Arial" w:cs="Arial"/>
          <w:b w:val="0"/>
        </w:rPr>
        <w:t xml:space="preserve"> um </w:t>
      </w:r>
      <w:proofErr w:type="spellStart"/>
      <w:r w:rsidRPr="00E95314">
        <w:rPr>
          <w:rFonts w:ascii="Arial" w:hAnsi="Arial" w:cs="Arial"/>
          <w:b w:val="0"/>
        </w:rPr>
        <w:t>convite</w:t>
      </w:r>
      <w:proofErr w:type="spellEnd"/>
      <w:r w:rsidRPr="00E95314">
        <w:rPr>
          <w:rFonts w:ascii="Arial" w:hAnsi="Arial" w:cs="Arial"/>
          <w:b w:val="0"/>
        </w:rPr>
        <w:t xml:space="preserve"> a </w:t>
      </w:r>
      <w:proofErr w:type="spellStart"/>
      <w:r w:rsidRPr="00E95314">
        <w:rPr>
          <w:rFonts w:ascii="Arial" w:hAnsi="Arial" w:cs="Arial"/>
          <w:b w:val="0"/>
        </w:rPr>
        <w:t>todos</w:t>
      </w:r>
      <w:proofErr w:type="spellEnd"/>
      <w:r w:rsidRPr="00E95314">
        <w:rPr>
          <w:rFonts w:ascii="Arial" w:hAnsi="Arial" w:cs="Arial"/>
          <w:b w:val="0"/>
        </w:rPr>
        <w:t xml:space="preserve"> </w:t>
      </w:r>
      <w:proofErr w:type="spellStart"/>
      <w:r w:rsidRPr="00E95314">
        <w:rPr>
          <w:rFonts w:ascii="Arial" w:hAnsi="Arial" w:cs="Arial"/>
          <w:b w:val="0"/>
        </w:rPr>
        <w:t>os</w:t>
      </w:r>
      <w:proofErr w:type="spellEnd"/>
      <w:r w:rsidRPr="00E95314">
        <w:rPr>
          <w:rFonts w:ascii="Arial" w:hAnsi="Arial" w:cs="Arial"/>
          <w:b w:val="0"/>
        </w:rPr>
        <w:t xml:space="preserve"> </w:t>
      </w:r>
      <w:proofErr w:type="spellStart"/>
      <w:r w:rsidRPr="00E95314">
        <w:rPr>
          <w:rFonts w:ascii="Arial" w:hAnsi="Arial" w:cs="Arial"/>
          <w:b w:val="0"/>
        </w:rPr>
        <w:t>vereadores</w:t>
      </w:r>
      <w:proofErr w:type="spellEnd"/>
      <w:r w:rsidRPr="00E95314">
        <w:rPr>
          <w:rFonts w:ascii="Arial" w:hAnsi="Arial" w:cs="Arial"/>
          <w:b w:val="0"/>
        </w:rPr>
        <w:t xml:space="preserve">, </w:t>
      </w:r>
      <w:proofErr w:type="spellStart"/>
      <w:r w:rsidRPr="00E95314">
        <w:rPr>
          <w:rFonts w:ascii="Arial" w:hAnsi="Arial" w:cs="Arial"/>
          <w:b w:val="0"/>
        </w:rPr>
        <w:t>não</w:t>
      </w:r>
      <w:proofErr w:type="spellEnd"/>
      <w:r w:rsidRPr="00E95314">
        <w:rPr>
          <w:rFonts w:ascii="Arial" w:hAnsi="Arial" w:cs="Arial"/>
          <w:b w:val="0"/>
        </w:rPr>
        <w:t xml:space="preserve"> </w:t>
      </w:r>
      <w:proofErr w:type="spellStart"/>
      <w:r w:rsidRPr="00E95314">
        <w:rPr>
          <w:rFonts w:ascii="Arial" w:hAnsi="Arial" w:cs="Arial"/>
          <w:b w:val="0"/>
        </w:rPr>
        <w:t>só</w:t>
      </w:r>
      <w:proofErr w:type="spellEnd"/>
      <w:r w:rsidRPr="00E95314">
        <w:rPr>
          <w:rFonts w:ascii="Arial" w:hAnsi="Arial" w:cs="Arial"/>
          <w:b w:val="0"/>
        </w:rPr>
        <w:t xml:space="preserve"> da </w:t>
      </w:r>
      <w:proofErr w:type="spellStart"/>
      <w:r w:rsidRPr="00E95314">
        <w:rPr>
          <w:rFonts w:ascii="Arial" w:hAnsi="Arial" w:cs="Arial"/>
          <w:b w:val="0"/>
        </w:rPr>
        <w:t>oposição</w:t>
      </w:r>
      <w:proofErr w:type="spellEnd"/>
      <w:r w:rsidRPr="00E95314">
        <w:rPr>
          <w:rFonts w:ascii="Arial" w:hAnsi="Arial" w:cs="Arial"/>
          <w:b w:val="0"/>
        </w:rPr>
        <w:t xml:space="preserve">, da </w:t>
      </w:r>
      <w:proofErr w:type="spellStart"/>
      <w:r w:rsidRPr="00E95314">
        <w:rPr>
          <w:rFonts w:ascii="Arial" w:hAnsi="Arial" w:cs="Arial"/>
          <w:b w:val="0"/>
        </w:rPr>
        <w:t>situação</w:t>
      </w:r>
      <w:proofErr w:type="spellEnd"/>
      <w:r w:rsidRPr="00E95314">
        <w:rPr>
          <w:rFonts w:ascii="Arial" w:hAnsi="Arial" w:cs="Arial"/>
          <w:b w:val="0"/>
        </w:rPr>
        <w:t xml:space="preserve">, </w:t>
      </w:r>
      <w:proofErr w:type="spellStart"/>
      <w:r w:rsidRPr="00E95314">
        <w:rPr>
          <w:rFonts w:ascii="Arial" w:hAnsi="Arial" w:cs="Arial"/>
          <w:b w:val="0"/>
        </w:rPr>
        <w:t>todos</w:t>
      </w:r>
      <w:proofErr w:type="spellEnd"/>
      <w:r w:rsidRPr="00E95314">
        <w:rPr>
          <w:rFonts w:ascii="Arial" w:hAnsi="Arial" w:cs="Arial"/>
          <w:b w:val="0"/>
        </w:rPr>
        <w:t xml:space="preserve"> </w:t>
      </w:r>
      <w:proofErr w:type="spellStart"/>
      <w:r w:rsidRPr="00E95314">
        <w:rPr>
          <w:rFonts w:ascii="Arial" w:hAnsi="Arial" w:cs="Arial"/>
          <w:b w:val="0"/>
        </w:rPr>
        <w:t>juntos</w:t>
      </w:r>
      <w:proofErr w:type="spellEnd"/>
      <w:r w:rsidRPr="00E95314">
        <w:rPr>
          <w:rFonts w:ascii="Arial" w:hAnsi="Arial" w:cs="Arial"/>
          <w:b w:val="0"/>
        </w:rPr>
        <w:t xml:space="preserve">, </w:t>
      </w:r>
      <w:r w:rsidR="0037430C" w:rsidRPr="00E95314">
        <w:rPr>
          <w:rFonts w:ascii="Arial" w:hAnsi="Arial" w:cs="Arial"/>
          <w:b w:val="0"/>
        </w:rPr>
        <w:t xml:space="preserve">o </w:t>
      </w:r>
      <w:proofErr w:type="spellStart"/>
      <w:r w:rsidR="0037430C" w:rsidRPr="00E95314">
        <w:rPr>
          <w:rFonts w:ascii="Arial" w:hAnsi="Arial" w:cs="Arial"/>
          <w:b w:val="0"/>
        </w:rPr>
        <w:t>prefeito</w:t>
      </w:r>
      <w:proofErr w:type="spellEnd"/>
      <w:r w:rsidR="0037430C" w:rsidRPr="00E95314">
        <w:rPr>
          <w:rFonts w:ascii="Arial" w:hAnsi="Arial" w:cs="Arial"/>
          <w:b w:val="0"/>
        </w:rPr>
        <w:t xml:space="preserve"> </w:t>
      </w:r>
      <w:proofErr w:type="spellStart"/>
      <w:r w:rsidRPr="00E95314">
        <w:rPr>
          <w:rFonts w:ascii="Arial" w:hAnsi="Arial" w:cs="Arial"/>
          <w:b w:val="0"/>
        </w:rPr>
        <w:t>quer</w:t>
      </w:r>
      <w:proofErr w:type="spellEnd"/>
      <w:r w:rsidRPr="00E95314">
        <w:rPr>
          <w:rFonts w:ascii="Arial" w:hAnsi="Arial" w:cs="Arial"/>
          <w:b w:val="0"/>
        </w:rPr>
        <w:t xml:space="preserve"> </w:t>
      </w:r>
      <w:proofErr w:type="spellStart"/>
      <w:r w:rsidRPr="00E95314">
        <w:rPr>
          <w:rFonts w:ascii="Arial" w:hAnsi="Arial" w:cs="Arial"/>
          <w:b w:val="0"/>
        </w:rPr>
        <w:t>fazer</w:t>
      </w:r>
      <w:proofErr w:type="spellEnd"/>
      <w:r w:rsidRPr="00E95314">
        <w:rPr>
          <w:rFonts w:ascii="Arial" w:hAnsi="Arial" w:cs="Arial"/>
          <w:b w:val="0"/>
        </w:rPr>
        <w:t xml:space="preserve"> </w:t>
      </w:r>
      <w:proofErr w:type="spellStart"/>
      <w:r w:rsidRPr="00E95314">
        <w:rPr>
          <w:rFonts w:ascii="Arial" w:hAnsi="Arial" w:cs="Arial"/>
          <w:b w:val="0"/>
        </w:rPr>
        <w:t>uma</w:t>
      </w:r>
      <w:proofErr w:type="spellEnd"/>
      <w:r w:rsidRPr="00E95314">
        <w:rPr>
          <w:rFonts w:ascii="Arial" w:hAnsi="Arial" w:cs="Arial"/>
          <w:b w:val="0"/>
        </w:rPr>
        <w:t xml:space="preserve"> </w:t>
      </w:r>
      <w:proofErr w:type="spellStart"/>
      <w:r w:rsidRPr="00E95314">
        <w:rPr>
          <w:rFonts w:ascii="Arial" w:hAnsi="Arial" w:cs="Arial"/>
          <w:b w:val="0"/>
        </w:rPr>
        <w:t>reunião</w:t>
      </w:r>
      <w:proofErr w:type="spellEnd"/>
      <w:r w:rsidRPr="00E95314">
        <w:rPr>
          <w:rFonts w:ascii="Arial" w:hAnsi="Arial" w:cs="Arial"/>
          <w:b w:val="0"/>
        </w:rPr>
        <w:t xml:space="preserve"> com </w:t>
      </w:r>
      <w:proofErr w:type="spellStart"/>
      <w:r w:rsidRPr="00E95314">
        <w:rPr>
          <w:rFonts w:ascii="Arial" w:hAnsi="Arial" w:cs="Arial"/>
          <w:b w:val="0"/>
        </w:rPr>
        <w:t>todos</w:t>
      </w:r>
      <w:proofErr w:type="spellEnd"/>
      <w:r w:rsidRPr="00E95314">
        <w:rPr>
          <w:rFonts w:ascii="Arial" w:hAnsi="Arial" w:cs="Arial"/>
          <w:b w:val="0"/>
        </w:rPr>
        <w:t xml:space="preserve"> </w:t>
      </w:r>
      <w:proofErr w:type="spellStart"/>
      <w:r w:rsidRPr="00E95314">
        <w:rPr>
          <w:rFonts w:ascii="Arial" w:hAnsi="Arial" w:cs="Arial"/>
          <w:b w:val="0"/>
        </w:rPr>
        <w:t>os</w:t>
      </w:r>
      <w:proofErr w:type="spellEnd"/>
      <w:r w:rsidRPr="00E95314">
        <w:rPr>
          <w:rFonts w:ascii="Arial" w:hAnsi="Arial" w:cs="Arial"/>
          <w:b w:val="0"/>
        </w:rPr>
        <w:t xml:space="preserve"> </w:t>
      </w:r>
      <w:proofErr w:type="spellStart"/>
      <w:r w:rsidRPr="00E95314">
        <w:rPr>
          <w:rFonts w:ascii="Arial" w:hAnsi="Arial" w:cs="Arial"/>
          <w:b w:val="0"/>
        </w:rPr>
        <w:t>vereadores</w:t>
      </w:r>
      <w:proofErr w:type="spellEnd"/>
      <w:r w:rsidRPr="00E95314">
        <w:rPr>
          <w:rFonts w:ascii="Arial" w:hAnsi="Arial" w:cs="Arial"/>
          <w:b w:val="0"/>
        </w:rPr>
        <w:t xml:space="preserve"> e </w:t>
      </w:r>
      <w:proofErr w:type="spellStart"/>
      <w:r w:rsidRPr="00E95314">
        <w:rPr>
          <w:rFonts w:ascii="Arial" w:hAnsi="Arial" w:cs="Arial"/>
          <w:b w:val="0"/>
        </w:rPr>
        <w:t>quer</w:t>
      </w:r>
      <w:proofErr w:type="spellEnd"/>
      <w:r w:rsidRPr="00E95314">
        <w:rPr>
          <w:rFonts w:ascii="Arial" w:hAnsi="Arial" w:cs="Arial"/>
          <w:b w:val="0"/>
        </w:rPr>
        <w:t xml:space="preserve"> </w:t>
      </w:r>
      <w:proofErr w:type="spellStart"/>
      <w:r w:rsidRPr="00E95314">
        <w:rPr>
          <w:rFonts w:ascii="Arial" w:hAnsi="Arial" w:cs="Arial"/>
          <w:b w:val="0"/>
        </w:rPr>
        <w:t>ver</w:t>
      </w:r>
      <w:proofErr w:type="spellEnd"/>
      <w:r w:rsidRPr="00E95314">
        <w:rPr>
          <w:rFonts w:ascii="Arial" w:hAnsi="Arial" w:cs="Arial"/>
          <w:b w:val="0"/>
        </w:rPr>
        <w:t xml:space="preserve"> o dia melhor para todos fazerem essa reunião, para nós marcarmos no máximo essa semana ou até segunda-feira. </w:t>
      </w:r>
      <w:proofErr w:type="spellStart"/>
      <w:r w:rsidRPr="00E95314">
        <w:rPr>
          <w:rFonts w:ascii="Arial" w:hAnsi="Arial" w:cs="Arial"/>
          <w:b w:val="0"/>
        </w:rPr>
        <w:t>Então</w:t>
      </w:r>
      <w:proofErr w:type="spellEnd"/>
      <w:r w:rsidRPr="00E95314">
        <w:rPr>
          <w:rFonts w:ascii="Arial" w:hAnsi="Arial" w:cs="Arial"/>
          <w:b w:val="0"/>
        </w:rPr>
        <w:t xml:space="preserve"> </w:t>
      </w:r>
      <w:proofErr w:type="spellStart"/>
      <w:r w:rsidR="0037430C" w:rsidRPr="00E95314">
        <w:rPr>
          <w:rFonts w:ascii="Arial" w:hAnsi="Arial" w:cs="Arial"/>
          <w:b w:val="0"/>
        </w:rPr>
        <w:t>fica</w:t>
      </w:r>
      <w:proofErr w:type="spellEnd"/>
      <w:r w:rsidR="0037430C" w:rsidRPr="00E95314">
        <w:rPr>
          <w:rFonts w:ascii="Arial" w:hAnsi="Arial" w:cs="Arial"/>
          <w:b w:val="0"/>
        </w:rPr>
        <w:t xml:space="preserve"> o</w:t>
      </w:r>
      <w:r w:rsidRPr="00E95314">
        <w:rPr>
          <w:rFonts w:ascii="Arial" w:hAnsi="Arial" w:cs="Arial"/>
          <w:b w:val="0"/>
        </w:rPr>
        <w:t xml:space="preserve"> </w:t>
      </w:r>
      <w:proofErr w:type="spellStart"/>
      <w:r w:rsidRPr="00E95314">
        <w:rPr>
          <w:rFonts w:ascii="Arial" w:hAnsi="Arial" w:cs="Arial"/>
          <w:b w:val="0"/>
        </w:rPr>
        <w:t>convite</w:t>
      </w:r>
      <w:proofErr w:type="spellEnd"/>
      <w:r w:rsidRPr="00E95314">
        <w:rPr>
          <w:rFonts w:ascii="Arial" w:hAnsi="Arial" w:cs="Arial"/>
          <w:b w:val="0"/>
        </w:rPr>
        <w:t xml:space="preserve"> do </w:t>
      </w:r>
      <w:proofErr w:type="spellStart"/>
      <w:r w:rsidRPr="00E95314">
        <w:rPr>
          <w:rFonts w:ascii="Arial" w:hAnsi="Arial" w:cs="Arial"/>
          <w:b w:val="0"/>
        </w:rPr>
        <w:t>prefeito</w:t>
      </w:r>
      <w:proofErr w:type="spellEnd"/>
      <w:r w:rsidRPr="00E95314">
        <w:rPr>
          <w:rFonts w:ascii="Arial" w:hAnsi="Arial" w:cs="Arial"/>
          <w:b w:val="0"/>
        </w:rPr>
        <w:t xml:space="preserve"> Júlio, </w:t>
      </w:r>
      <w:r w:rsidR="0037430C" w:rsidRPr="00E95314">
        <w:rPr>
          <w:rFonts w:ascii="Arial" w:hAnsi="Arial" w:cs="Arial"/>
          <w:b w:val="0"/>
        </w:rPr>
        <w:t xml:space="preserve">para que </w:t>
      </w:r>
      <w:proofErr w:type="spellStart"/>
      <w:r w:rsidR="0037430C" w:rsidRPr="00E95314">
        <w:rPr>
          <w:rFonts w:ascii="Arial" w:hAnsi="Arial" w:cs="Arial"/>
          <w:b w:val="0"/>
        </w:rPr>
        <w:t>possamos</w:t>
      </w:r>
      <w:proofErr w:type="spellEnd"/>
      <w:r w:rsidR="0037430C" w:rsidRPr="00E95314">
        <w:rPr>
          <w:rFonts w:ascii="Arial" w:hAnsi="Arial" w:cs="Arial"/>
          <w:b w:val="0"/>
        </w:rPr>
        <w:t xml:space="preserve"> </w:t>
      </w:r>
      <w:proofErr w:type="spellStart"/>
      <w:r w:rsidR="0037430C" w:rsidRPr="00E95314">
        <w:rPr>
          <w:rFonts w:ascii="Arial" w:hAnsi="Arial" w:cs="Arial"/>
          <w:b w:val="0"/>
        </w:rPr>
        <w:t>ter</w:t>
      </w:r>
      <w:proofErr w:type="spellEnd"/>
      <w:r w:rsidR="0037430C" w:rsidRPr="00E95314">
        <w:rPr>
          <w:rFonts w:ascii="Arial" w:hAnsi="Arial" w:cs="Arial"/>
          <w:b w:val="0"/>
        </w:rPr>
        <w:t xml:space="preserve"> </w:t>
      </w:r>
      <w:proofErr w:type="spellStart"/>
      <w:r w:rsidR="0037430C" w:rsidRPr="00E95314">
        <w:rPr>
          <w:rFonts w:ascii="Arial" w:hAnsi="Arial" w:cs="Arial"/>
          <w:b w:val="0"/>
        </w:rPr>
        <w:t>essa</w:t>
      </w:r>
      <w:proofErr w:type="spellEnd"/>
      <w:r w:rsidR="0037430C" w:rsidRPr="00E95314">
        <w:rPr>
          <w:rFonts w:ascii="Arial" w:hAnsi="Arial" w:cs="Arial"/>
          <w:b w:val="0"/>
        </w:rPr>
        <w:t xml:space="preserve"> conversa com a </w:t>
      </w:r>
      <w:proofErr w:type="spellStart"/>
      <w:r w:rsidR="0037430C" w:rsidRPr="00E95314">
        <w:rPr>
          <w:rFonts w:ascii="Arial" w:hAnsi="Arial" w:cs="Arial"/>
          <w:b w:val="0"/>
        </w:rPr>
        <w:t>presença</w:t>
      </w:r>
      <w:proofErr w:type="spellEnd"/>
      <w:r w:rsidR="0037430C" w:rsidRPr="00E95314">
        <w:rPr>
          <w:rFonts w:ascii="Arial" w:hAnsi="Arial" w:cs="Arial"/>
          <w:b w:val="0"/>
        </w:rPr>
        <w:t xml:space="preserve"> de </w:t>
      </w:r>
      <w:proofErr w:type="spellStart"/>
      <w:r w:rsidR="0037430C" w:rsidRPr="00E95314">
        <w:rPr>
          <w:rFonts w:ascii="Arial" w:hAnsi="Arial" w:cs="Arial"/>
          <w:b w:val="0"/>
        </w:rPr>
        <w:t>todos</w:t>
      </w:r>
      <w:proofErr w:type="spellEnd"/>
      <w:r w:rsidR="0037430C" w:rsidRPr="00E95314">
        <w:rPr>
          <w:rFonts w:ascii="Arial" w:hAnsi="Arial" w:cs="Arial"/>
          <w:b w:val="0"/>
        </w:rPr>
        <w:t xml:space="preserve"> </w:t>
      </w:r>
      <w:proofErr w:type="spellStart"/>
      <w:r w:rsidR="0037430C" w:rsidRPr="00E95314">
        <w:rPr>
          <w:rFonts w:ascii="Arial" w:hAnsi="Arial" w:cs="Arial"/>
          <w:b w:val="0"/>
        </w:rPr>
        <w:t>os</w:t>
      </w:r>
      <w:proofErr w:type="spellEnd"/>
      <w:r w:rsidR="0037430C" w:rsidRPr="00E95314">
        <w:rPr>
          <w:rFonts w:ascii="Arial" w:hAnsi="Arial" w:cs="Arial"/>
          <w:b w:val="0"/>
        </w:rPr>
        <w:t xml:space="preserve"> </w:t>
      </w:r>
      <w:proofErr w:type="spellStart"/>
      <w:r w:rsidRPr="00E95314">
        <w:rPr>
          <w:rFonts w:ascii="Arial" w:hAnsi="Arial" w:cs="Arial"/>
          <w:b w:val="0"/>
        </w:rPr>
        <w:t>vereadores</w:t>
      </w:r>
      <w:proofErr w:type="spellEnd"/>
      <w:r w:rsidRPr="00E95314">
        <w:rPr>
          <w:rFonts w:ascii="Arial" w:hAnsi="Arial" w:cs="Arial"/>
          <w:b w:val="0"/>
        </w:rPr>
        <w:t xml:space="preserve">. </w:t>
      </w:r>
      <w:r w:rsidR="0037430C" w:rsidRPr="00E95314">
        <w:rPr>
          <w:rFonts w:ascii="Arial" w:hAnsi="Arial" w:cs="Arial"/>
          <w:b w:val="0"/>
        </w:rPr>
        <w:t xml:space="preserve">Basta que </w:t>
      </w:r>
      <w:proofErr w:type="spellStart"/>
      <w:r w:rsidR="0037430C" w:rsidRPr="00E95314">
        <w:rPr>
          <w:rFonts w:ascii="Arial" w:hAnsi="Arial" w:cs="Arial"/>
          <w:b w:val="0"/>
        </w:rPr>
        <w:t>decidamos</w:t>
      </w:r>
      <w:proofErr w:type="spellEnd"/>
      <w:r w:rsidR="0037430C" w:rsidRPr="00E95314">
        <w:rPr>
          <w:rFonts w:ascii="Arial" w:hAnsi="Arial" w:cs="Arial"/>
          <w:b w:val="0"/>
        </w:rPr>
        <w:t xml:space="preserve"> a data e o </w:t>
      </w:r>
      <w:proofErr w:type="spellStart"/>
      <w:r w:rsidR="0037430C" w:rsidRPr="00E95314">
        <w:rPr>
          <w:rFonts w:ascii="Arial" w:hAnsi="Arial" w:cs="Arial"/>
          <w:b w:val="0"/>
        </w:rPr>
        <w:t>horário</w:t>
      </w:r>
      <w:proofErr w:type="spellEnd"/>
      <w:r w:rsidR="0037430C" w:rsidRPr="00E95314">
        <w:rPr>
          <w:rFonts w:ascii="Arial" w:hAnsi="Arial" w:cs="Arial"/>
          <w:b w:val="0"/>
        </w:rPr>
        <w:t xml:space="preserve"> e </w:t>
      </w:r>
      <w:proofErr w:type="spellStart"/>
      <w:r w:rsidR="0037430C" w:rsidRPr="00E95314">
        <w:rPr>
          <w:rFonts w:ascii="Arial" w:hAnsi="Arial" w:cs="Arial"/>
          <w:b w:val="0"/>
        </w:rPr>
        <w:t>agendaremos</w:t>
      </w:r>
      <w:proofErr w:type="spellEnd"/>
      <w:r w:rsidR="0037430C" w:rsidRPr="00E95314">
        <w:rPr>
          <w:rFonts w:ascii="Arial" w:hAnsi="Arial" w:cs="Arial"/>
          <w:b w:val="0"/>
        </w:rPr>
        <w:t xml:space="preserve"> com o </w:t>
      </w:r>
      <w:proofErr w:type="spellStart"/>
      <w:r w:rsidR="0037430C" w:rsidRPr="00E95314">
        <w:rPr>
          <w:rFonts w:ascii="Arial" w:hAnsi="Arial" w:cs="Arial"/>
          <w:b w:val="0"/>
        </w:rPr>
        <w:t>prefeito</w:t>
      </w:r>
      <w:proofErr w:type="spellEnd"/>
      <w:r w:rsidR="0037430C" w:rsidRPr="00E95314">
        <w:rPr>
          <w:rFonts w:ascii="Arial" w:hAnsi="Arial" w:cs="Arial"/>
          <w:b w:val="0"/>
        </w:rPr>
        <w:t xml:space="preserve">. </w:t>
      </w:r>
      <w:r w:rsidR="0037430C" w:rsidRPr="00E95314">
        <w:rPr>
          <w:rFonts w:ascii="Arial" w:hAnsi="Arial" w:cs="Arial"/>
          <w:b w:val="0"/>
        </w:rPr>
        <w:lastRenderedPageBreak/>
        <w:t xml:space="preserve">Dito </w:t>
      </w:r>
      <w:proofErr w:type="spellStart"/>
      <w:r w:rsidR="0037430C" w:rsidRPr="00E95314">
        <w:rPr>
          <w:rFonts w:ascii="Arial" w:hAnsi="Arial" w:cs="Arial"/>
          <w:b w:val="0"/>
        </w:rPr>
        <w:t>isso</w:t>
      </w:r>
      <w:proofErr w:type="spellEnd"/>
      <w:r w:rsidR="0037430C" w:rsidRPr="00E95314">
        <w:rPr>
          <w:rFonts w:ascii="Arial" w:hAnsi="Arial" w:cs="Arial"/>
          <w:b w:val="0"/>
        </w:rPr>
        <w:t xml:space="preserve">, o Presidente </w:t>
      </w:r>
      <w:proofErr w:type="spellStart"/>
      <w:r w:rsidR="0037430C" w:rsidRPr="00E95314">
        <w:rPr>
          <w:rFonts w:ascii="Arial" w:hAnsi="Arial" w:cs="Arial"/>
          <w:b w:val="0"/>
        </w:rPr>
        <w:t>agradeceu</w:t>
      </w:r>
      <w:proofErr w:type="spellEnd"/>
      <w:r w:rsidR="0037430C" w:rsidRPr="00E95314">
        <w:rPr>
          <w:rFonts w:ascii="Arial" w:hAnsi="Arial" w:cs="Arial"/>
          <w:b w:val="0"/>
        </w:rPr>
        <w:t xml:space="preserve"> o </w:t>
      </w:r>
      <w:proofErr w:type="spellStart"/>
      <w:r w:rsidRPr="00E95314">
        <w:rPr>
          <w:rFonts w:ascii="Arial" w:hAnsi="Arial" w:cs="Arial"/>
          <w:b w:val="0"/>
        </w:rPr>
        <w:t>vereador</w:t>
      </w:r>
      <w:proofErr w:type="spellEnd"/>
      <w:r w:rsidR="0037430C" w:rsidRPr="00E95314">
        <w:rPr>
          <w:rFonts w:ascii="Arial" w:hAnsi="Arial" w:cs="Arial"/>
          <w:b w:val="0"/>
        </w:rPr>
        <w:t xml:space="preserve"> e </w:t>
      </w:r>
      <w:proofErr w:type="spellStart"/>
      <w:r w:rsidR="0037430C" w:rsidRPr="00E95314">
        <w:rPr>
          <w:rFonts w:ascii="Arial" w:hAnsi="Arial" w:cs="Arial"/>
          <w:b w:val="0"/>
        </w:rPr>
        <w:t>convidou</w:t>
      </w:r>
      <w:proofErr w:type="spellEnd"/>
      <w:r w:rsidR="0037430C" w:rsidRPr="00E95314">
        <w:rPr>
          <w:rFonts w:ascii="Arial" w:hAnsi="Arial" w:cs="Arial"/>
          <w:b w:val="0"/>
        </w:rPr>
        <w:t xml:space="preserve"> o </w:t>
      </w:r>
      <w:proofErr w:type="spellStart"/>
      <w:r w:rsidRPr="00E95314">
        <w:rPr>
          <w:rFonts w:ascii="Arial" w:hAnsi="Arial" w:cs="Arial"/>
          <w:b w:val="0"/>
        </w:rPr>
        <w:t>líder</w:t>
      </w:r>
      <w:proofErr w:type="spellEnd"/>
      <w:r w:rsidRPr="00E95314">
        <w:rPr>
          <w:rFonts w:ascii="Arial" w:hAnsi="Arial" w:cs="Arial"/>
          <w:b w:val="0"/>
        </w:rPr>
        <w:t xml:space="preserve"> do </w:t>
      </w:r>
      <w:proofErr w:type="spellStart"/>
      <w:r w:rsidRPr="00E95314">
        <w:rPr>
          <w:rFonts w:ascii="Arial" w:hAnsi="Arial" w:cs="Arial"/>
          <w:b w:val="0"/>
        </w:rPr>
        <w:t>partido</w:t>
      </w:r>
      <w:proofErr w:type="spellEnd"/>
      <w:r w:rsidRPr="00E95314">
        <w:rPr>
          <w:rFonts w:ascii="Arial" w:hAnsi="Arial" w:cs="Arial"/>
          <w:b w:val="0"/>
        </w:rPr>
        <w:t xml:space="preserve"> MDB para fazer o uso da palavra. 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está</w:t>
      </w:r>
      <w:proofErr w:type="spellEnd"/>
      <w:r w:rsidRPr="00E95314">
        <w:rPr>
          <w:rFonts w:ascii="Arial" w:hAnsi="Arial" w:cs="Arial"/>
          <w:b w:val="0"/>
        </w:rPr>
        <w:t xml:space="preserve"> à </w:t>
      </w:r>
      <w:proofErr w:type="spellStart"/>
      <w:r w:rsidRPr="00E95314">
        <w:rPr>
          <w:rFonts w:ascii="Arial" w:hAnsi="Arial" w:cs="Arial"/>
          <w:b w:val="0"/>
        </w:rPr>
        <w:t>disposição</w:t>
      </w:r>
      <w:proofErr w:type="spellEnd"/>
      <w:r w:rsidRPr="00E95314">
        <w:rPr>
          <w:rFonts w:ascii="Arial" w:hAnsi="Arial" w:cs="Arial"/>
          <w:b w:val="0"/>
        </w:rPr>
        <w:t>.</w:t>
      </w:r>
      <w:r w:rsidR="0037430C" w:rsidRPr="00E95314">
        <w:rPr>
          <w:rFonts w:ascii="Arial" w:hAnsi="Arial" w:cs="Arial"/>
          <w:b w:val="0"/>
        </w:rPr>
        <w:t xml:space="preserve"> O </w:t>
      </w:r>
      <w:proofErr w:type="spellStart"/>
      <w:r w:rsidR="0037430C" w:rsidRPr="00E95314">
        <w:rPr>
          <w:rFonts w:ascii="Arial" w:hAnsi="Arial" w:cs="Arial"/>
          <w:b w:val="0"/>
        </w:rPr>
        <w:t>mesmo</w:t>
      </w:r>
      <w:proofErr w:type="spellEnd"/>
      <w:r w:rsidR="0037430C" w:rsidRPr="00E95314">
        <w:rPr>
          <w:rFonts w:ascii="Arial" w:hAnsi="Arial" w:cs="Arial"/>
          <w:b w:val="0"/>
        </w:rPr>
        <w:t xml:space="preserve"> </w:t>
      </w:r>
      <w:proofErr w:type="spellStart"/>
      <w:r w:rsidR="0037430C" w:rsidRPr="00E95314">
        <w:rPr>
          <w:rFonts w:ascii="Arial" w:hAnsi="Arial" w:cs="Arial"/>
          <w:b w:val="0"/>
        </w:rPr>
        <w:t>não</w:t>
      </w:r>
      <w:proofErr w:type="spellEnd"/>
      <w:r w:rsidR="0037430C" w:rsidRPr="00E95314">
        <w:rPr>
          <w:rFonts w:ascii="Arial" w:hAnsi="Arial" w:cs="Arial"/>
          <w:b w:val="0"/>
        </w:rPr>
        <w:t xml:space="preserve"> fez </w:t>
      </w:r>
      <w:proofErr w:type="spellStart"/>
      <w:r w:rsidR="0037430C" w:rsidRPr="00E95314">
        <w:rPr>
          <w:rFonts w:ascii="Arial" w:hAnsi="Arial" w:cs="Arial"/>
          <w:b w:val="0"/>
        </w:rPr>
        <w:t>uso</w:t>
      </w:r>
      <w:proofErr w:type="spellEnd"/>
      <w:r w:rsidR="0037430C" w:rsidRPr="00E95314">
        <w:rPr>
          <w:rFonts w:ascii="Arial" w:hAnsi="Arial" w:cs="Arial"/>
          <w:b w:val="0"/>
        </w:rPr>
        <w:t xml:space="preserve">. </w:t>
      </w:r>
      <w:proofErr w:type="spellStart"/>
      <w:r w:rsidRPr="00E95314">
        <w:rPr>
          <w:rFonts w:ascii="Arial" w:hAnsi="Arial" w:cs="Arial"/>
          <w:b w:val="0"/>
        </w:rPr>
        <w:t>Convido</w:t>
      </w:r>
      <w:r w:rsidR="0037430C" w:rsidRPr="00E95314">
        <w:rPr>
          <w:rFonts w:ascii="Arial" w:hAnsi="Arial" w:cs="Arial"/>
          <w:b w:val="0"/>
        </w:rPr>
        <w:t>u</w:t>
      </w:r>
      <w:proofErr w:type="spellEnd"/>
      <w:r w:rsidRPr="00E95314">
        <w:rPr>
          <w:rFonts w:ascii="Arial" w:hAnsi="Arial" w:cs="Arial"/>
          <w:b w:val="0"/>
        </w:rPr>
        <w:t xml:space="preserve"> o </w:t>
      </w:r>
      <w:proofErr w:type="spellStart"/>
      <w:r w:rsidRPr="00E95314">
        <w:rPr>
          <w:rFonts w:ascii="Arial" w:hAnsi="Arial" w:cs="Arial"/>
          <w:b w:val="0"/>
        </w:rPr>
        <w:t>líder</w:t>
      </w:r>
      <w:proofErr w:type="spellEnd"/>
      <w:r w:rsidRPr="00E95314">
        <w:rPr>
          <w:rFonts w:ascii="Arial" w:hAnsi="Arial" w:cs="Arial"/>
          <w:b w:val="0"/>
        </w:rPr>
        <w:t xml:space="preserve"> do partido do PDT para fazer o uso da palavra. A palavra está à disposição. </w:t>
      </w:r>
      <w:r w:rsidR="0037430C" w:rsidRPr="00E95314">
        <w:rPr>
          <w:rFonts w:ascii="Arial" w:hAnsi="Arial" w:cs="Arial"/>
          <w:b w:val="0"/>
        </w:rPr>
        <w:t xml:space="preserve">O </w:t>
      </w:r>
      <w:proofErr w:type="spellStart"/>
      <w:r w:rsidR="0037430C" w:rsidRPr="00E95314">
        <w:rPr>
          <w:rFonts w:ascii="Arial" w:hAnsi="Arial" w:cs="Arial"/>
          <w:b w:val="0"/>
        </w:rPr>
        <w:t>mesmo</w:t>
      </w:r>
      <w:proofErr w:type="spellEnd"/>
      <w:r w:rsidR="0037430C" w:rsidRPr="00E95314">
        <w:rPr>
          <w:rFonts w:ascii="Arial" w:hAnsi="Arial" w:cs="Arial"/>
          <w:b w:val="0"/>
        </w:rPr>
        <w:t xml:space="preserve"> </w:t>
      </w:r>
      <w:proofErr w:type="spellStart"/>
      <w:r w:rsidR="0037430C" w:rsidRPr="00E95314">
        <w:rPr>
          <w:rFonts w:ascii="Arial" w:hAnsi="Arial" w:cs="Arial"/>
          <w:b w:val="0"/>
        </w:rPr>
        <w:t>não</w:t>
      </w:r>
      <w:proofErr w:type="spellEnd"/>
      <w:r w:rsidR="0037430C" w:rsidRPr="00E95314">
        <w:rPr>
          <w:rFonts w:ascii="Arial" w:hAnsi="Arial" w:cs="Arial"/>
          <w:b w:val="0"/>
        </w:rPr>
        <w:t xml:space="preserve"> fez </w:t>
      </w:r>
      <w:proofErr w:type="spellStart"/>
      <w:r w:rsidR="0037430C" w:rsidRPr="00E95314">
        <w:rPr>
          <w:rFonts w:ascii="Arial" w:hAnsi="Arial" w:cs="Arial"/>
          <w:b w:val="0"/>
        </w:rPr>
        <w:t>uso</w:t>
      </w:r>
      <w:proofErr w:type="spellEnd"/>
      <w:r w:rsidR="0037430C" w:rsidRPr="00E95314">
        <w:rPr>
          <w:rFonts w:ascii="Arial" w:hAnsi="Arial" w:cs="Arial"/>
          <w:b w:val="0"/>
        </w:rPr>
        <w:t xml:space="preserve"> da </w:t>
      </w:r>
      <w:proofErr w:type="spellStart"/>
      <w:r w:rsidR="0037430C" w:rsidRPr="00E95314">
        <w:rPr>
          <w:rFonts w:ascii="Arial" w:hAnsi="Arial" w:cs="Arial"/>
          <w:b w:val="0"/>
        </w:rPr>
        <w:t>palavra</w:t>
      </w:r>
      <w:proofErr w:type="spellEnd"/>
      <w:r w:rsidR="0037430C" w:rsidRPr="00E95314">
        <w:rPr>
          <w:rFonts w:ascii="Arial" w:hAnsi="Arial" w:cs="Arial"/>
          <w:b w:val="0"/>
        </w:rPr>
        <w:t xml:space="preserve">. </w:t>
      </w:r>
      <w:proofErr w:type="spellStart"/>
      <w:r w:rsidRPr="00E95314">
        <w:rPr>
          <w:rFonts w:ascii="Arial" w:hAnsi="Arial" w:cs="Arial"/>
          <w:b w:val="0"/>
        </w:rPr>
        <w:t>Convido</w:t>
      </w:r>
      <w:r w:rsidR="0037430C" w:rsidRPr="00E95314">
        <w:rPr>
          <w:rFonts w:ascii="Arial" w:hAnsi="Arial" w:cs="Arial"/>
          <w:b w:val="0"/>
        </w:rPr>
        <w:t>u</w:t>
      </w:r>
      <w:proofErr w:type="spellEnd"/>
      <w:r w:rsidRPr="00E95314">
        <w:rPr>
          <w:rFonts w:ascii="Arial" w:hAnsi="Arial" w:cs="Arial"/>
          <w:b w:val="0"/>
        </w:rPr>
        <w:t xml:space="preserve"> agora o </w:t>
      </w:r>
      <w:proofErr w:type="spellStart"/>
      <w:r w:rsidRPr="00E95314">
        <w:rPr>
          <w:rFonts w:ascii="Arial" w:hAnsi="Arial" w:cs="Arial"/>
          <w:b w:val="0"/>
        </w:rPr>
        <w:t>líder</w:t>
      </w:r>
      <w:proofErr w:type="spellEnd"/>
      <w:r w:rsidRPr="00E95314">
        <w:rPr>
          <w:rFonts w:ascii="Arial" w:hAnsi="Arial" w:cs="Arial"/>
          <w:b w:val="0"/>
        </w:rPr>
        <w:t xml:space="preserve"> do PP para fazer o uso da palavra. A palavra está à disposição. </w:t>
      </w:r>
      <w:r w:rsidR="0037430C" w:rsidRPr="00E95314">
        <w:rPr>
          <w:rFonts w:ascii="Arial" w:hAnsi="Arial" w:cs="Arial"/>
          <w:b w:val="0"/>
        </w:rPr>
        <w:t xml:space="preserve">O </w:t>
      </w:r>
      <w:proofErr w:type="spellStart"/>
      <w:r w:rsidR="0037430C" w:rsidRPr="00E95314">
        <w:rPr>
          <w:rFonts w:ascii="Arial" w:hAnsi="Arial" w:cs="Arial"/>
          <w:b w:val="0"/>
        </w:rPr>
        <w:t>mesmo</w:t>
      </w:r>
      <w:proofErr w:type="spellEnd"/>
      <w:r w:rsidR="0037430C" w:rsidRPr="00E95314">
        <w:rPr>
          <w:rFonts w:ascii="Arial" w:hAnsi="Arial" w:cs="Arial"/>
          <w:b w:val="0"/>
        </w:rPr>
        <w:t xml:space="preserve"> </w:t>
      </w:r>
      <w:proofErr w:type="spellStart"/>
      <w:r w:rsidR="0037430C" w:rsidRPr="00E95314">
        <w:rPr>
          <w:rFonts w:ascii="Arial" w:hAnsi="Arial" w:cs="Arial"/>
          <w:b w:val="0"/>
        </w:rPr>
        <w:t>não</w:t>
      </w:r>
      <w:proofErr w:type="spellEnd"/>
      <w:r w:rsidR="0037430C" w:rsidRPr="00E95314">
        <w:rPr>
          <w:rFonts w:ascii="Arial" w:hAnsi="Arial" w:cs="Arial"/>
          <w:b w:val="0"/>
        </w:rPr>
        <w:t xml:space="preserve"> fez </w:t>
      </w:r>
      <w:proofErr w:type="spellStart"/>
      <w:r w:rsidR="0037430C" w:rsidRPr="00E95314">
        <w:rPr>
          <w:rFonts w:ascii="Arial" w:hAnsi="Arial" w:cs="Arial"/>
          <w:b w:val="0"/>
        </w:rPr>
        <w:t>uso</w:t>
      </w:r>
      <w:proofErr w:type="spellEnd"/>
      <w:r w:rsidR="0037430C" w:rsidRPr="00E95314">
        <w:rPr>
          <w:rFonts w:ascii="Arial" w:hAnsi="Arial" w:cs="Arial"/>
          <w:b w:val="0"/>
        </w:rPr>
        <w:t xml:space="preserve"> da </w:t>
      </w:r>
      <w:proofErr w:type="spellStart"/>
      <w:r w:rsidR="0037430C" w:rsidRPr="00E95314">
        <w:rPr>
          <w:rFonts w:ascii="Arial" w:hAnsi="Arial" w:cs="Arial"/>
          <w:b w:val="0"/>
        </w:rPr>
        <w:t>palavera</w:t>
      </w:r>
      <w:proofErr w:type="spellEnd"/>
      <w:r w:rsidR="0037430C" w:rsidRPr="00E95314">
        <w:rPr>
          <w:rFonts w:ascii="Arial" w:hAnsi="Arial" w:cs="Arial"/>
          <w:b w:val="0"/>
        </w:rPr>
        <w:t xml:space="preserve">. </w:t>
      </w:r>
      <w:proofErr w:type="spellStart"/>
      <w:r w:rsidRPr="00E95314">
        <w:rPr>
          <w:rFonts w:ascii="Arial" w:hAnsi="Arial" w:cs="Arial"/>
          <w:b w:val="0"/>
        </w:rPr>
        <w:t>Convido</w:t>
      </w:r>
      <w:r w:rsidR="0037430C" w:rsidRPr="00E95314">
        <w:rPr>
          <w:rFonts w:ascii="Arial" w:hAnsi="Arial" w:cs="Arial"/>
          <w:b w:val="0"/>
        </w:rPr>
        <w:t>u</w:t>
      </w:r>
      <w:proofErr w:type="spellEnd"/>
      <w:r w:rsidRPr="00E95314">
        <w:rPr>
          <w:rFonts w:ascii="Arial" w:hAnsi="Arial" w:cs="Arial"/>
          <w:b w:val="0"/>
        </w:rPr>
        <w:t xml:space="preserve"> agora o </w:t>
      </w:r>
      <w:proofErr w:type="spellStart"/>
      <w:r w:rsidRPr="00E95314">
        <w:rPr>
          <w:rFonts w:ascii="Arial" w:hAnsi="Arial" w:cs="Arial"/>
          <w:b w:val="0"/>
        </w:rPr>
        <w:t>líder</w:t>
      </w:r>
      <w:proofErr w:type="spellEnd"/>
      <w:r w:rsidRPr="00E95314">
        <w:rPr>
          <w:rFonts w:ascii="Arial" w:hAnsi="Arial" w:cs="Arial"/>
          <w:b w:val="0"/>
        </w:rPr>
        <w:t xml:space="preserve"> do </w:t>
      </w:r>
      <w:proofErr w:type="spellStart"/>
      <w:r w:rsidRPr="00E95314">
        <w:rPr>
          <w:rFonts w:ascii="Arial" w:hAnsi="Arial" w:cs="Arial"/>
          <w:b w:val="0"/>
        </w:rPr>
        <w:t>partido</w:t>
      </w:r>
      <w:proofErr w:type="spellEnd"/>
      <w:r w:rsidRPr="00E95314">
        <w:rPr>
          <w:rFonts w:ascii="Arial" w:hAnsi="Arial" w:cs="Arial"/>
          <w:b w:val="0"/>
        </w:rPr>
        <w:t xml:space="preserve"> do PT para fazer o uso da palavra. A palavra está à disposição caso queira manifestar. </w:t>
      </w:r>
      <w:r w:rsidR="0037430C" w:rsidRPr="00E95314">
        <w:rPr>
          <w:rFonts w:ascii="Arial" w:hAnsi="Arial" w:cs="Arial"/>
          <w:b w:val="0"/>
        </w:rPr>
        <w:t xml:space="preserve">A </w:t>
      </w:r>
      <w:proofErr w:type="spellStart"/>
      <w:r w:rsidR="0037430C" w:rsidRPr="00E95314">
        <w:rPr>
          <w:rFonts w:ascii="Arial" w:hAnsi="Arial" w:cs="Arial"/>
          <w:b w:val="0"/>
        </w:rPr>
        <w:t>mesma</w:t>
      </w:r>
      <w:proofErr w:type="spellEnd"/>
      <w:r w:rsidR="0037430C" w:rsidRPr="00E95314">
        <w:rPr>
          <w:rFonts w:ascii="Arial" w:hAnsi="Arial" w:cs="Arial"/>
          <w:b w:val="0"/>
        </w:rPr>
        <w:t xml:space="preserve"> </w:t>
      </w:r>
      <w:proofErr w:type="spellStart"/>
      <w:r w:rsidR="0037430C" w:rsidRPr="00E95314">
        <w:rPr>
          <w:rFonts w:ascii="Arial" w:hAnsi="Arial" w:cs="Arial"/>
          <w:b w:val="0"/>
        </w:rPr>
        <w:t>não</w:t>
      </w:r>
      <w:proofErr w:type="spellEnd"/>
      <w:r w:rsidR="0037430C" w:rsidRPr="00E95314">
        <w:rPr>
          <w:rFonts w:ascii="Arial" w:hAnsi="Arial" w:cs="Arial"/>
          <w:b w:val="0"/>
        </w:rPr>
        <w:t xml:space="preserve"> fez </w:t>
      </w:r>
      <w:proofErr w:type="spellStart"/>
      <w:r w:rsidR="0037430C" w:rsidRPr="00E95314">
        <w:rPr>
          <w:rFonts w:ascii="Arial" w:hAnsi="Arial" w:cs="Arial"/>
          <w:b w:val="0"/>
        </w:rPr>
        <w:t>uso</w:t>
      </w:r>
      <w:proofErr w:type="spellEnd"/>
      <w:r w:rsidR="0037430C" w:rsidRPr="00E95314">
        <w:rPr>
          <w:rFonts w:ascii="Arial" w:hAnsi="Arial" w:cs="Arial"/>
          <w:b w:val="0"/>
        </w:rPr>
        <w:t xml:space="preserve"> da </w:t>
      </w:r>
      <w:proofErr w:type="spellStart"/>
      <w:r w:rsidR="0037430C"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Convido</w:t>
      </w:r>
      <w:r w:rsidR="0037430C" w:rsidRPr="00E95314">
        <w:rPr>
          <w:rFonts w:ascii="Arial" w:hAnsi="Arial" w:cs="Arial"/>
          <w:b w:val="0"/>
        </w:rPr>
        <w:t>u</w:t>
      </w:r>
      <w:proofErr w:type="spellEnd"/>
      <w:r w:rsidR="0037430C" w:rsidRPr="00E95314">
        <w:rPr>
          <w:rFonts w:ascii="Arial" w:hAnsi="Arial" w:cs="Arial"/>
          <w:b w:val="0"/>
        </w:rPr>
        <w:t xml:space="preserve"> o</w:t>
      </w:r>
      <w:r w:rsidRPr="00E95314">
        <w:rPr>
          <w:rFonts w:ascii="Arial" w:hAnsi="Arial" w:cs="Arial"/>
          <w:b w:val="0"/>
        </w:rPr>
        <w:t xml:space="preserve"> </w:t>
      </w:r>
      <w:proofErr w:type="spellStart"/>
      <w:r w:rsidRPr="00E95314">
        <w:rPr>
          <w:rFonts w:ascii="Arial" w:hAnsi="Arial" w:cs="Arial"/>
          <w:b w:val="0"/>
        </w:rPr>
        <w:t>líder</w:t>
      </w:r>
      <w:proofErr w:type="spellEnd"/>
      <w:r w:rsidRPr="00E95314">
        <w:rPr>
          <w:rFonts w:ascii="Arial" w:hAnsi="Arial" w:cs="Arial"/>
          <w:b w:val="0"/>
        </w:rPr>
        <w:t xml:space="preserve"> do </w:t>
      </w:r>
      <w:proofErr w:type="spellStart"/>
      <w:r w:rsidRPr="00E95314">
        <w:rPr>
          <w:rFonts w:ascii="Arial" w:hAnsi="Arial" w:cs="Arial"/>
          <w:b w:val="0"/>
        </w:rPr>
        <w:t>partido</w:t>
      </w:r>
      <w:proofErr w:type="spellEnd"/>
      <w:r w:rsidRPr="00E95314">
        <w:rPr>
          <w:rFonts w:ascii="Arial" w:hAnsi="Arial" w:cs="Arial"/>
          <w:b w:val="0"/>
        </w:rPr>
        <w:t xml:space="preserve"> do PL para fazer uso da palavra. 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está</w:t>
      </w:r>
      <w:proofErr w:type="spellEnd"/>
      <w:r w:rsidRPr="00E95314">
        <w:rPr>
          <w:rFonts w:ascii="Arial" w:hAnsi="Arial" w:cs="Arial"/>
          <w:b w:val="0"/>
        </w:rPr>
        <w:t xml:space="preserve"> à </w:t>
      </w:r>
      <w:proofErr w:type="spellStart"/>
      <w:r w:rsidRPr="00E95314">
        <w:rPr>
          <w:rFonts w:ascii="Arial" w:hAnsi="Arial" w:cs="Arial"/>
          <w:b w:val="0"/>
        </w:rPr>
        <w:t>disposição</w:t>
      </w:r>
      <w:proofErr w:type="spellEnd"/>
      <w:r w:rsidRPr="00E95314">
        <w:rPr>
          <w:rFonts w:ascii="Arial" w:hAnsi="Arial" w:cs="Arial"/>
          <w:b w:val="0"/>
        </w:rPr>
        <w:t xml:space="preserve"> </w:t>
      </w:r>
      <w:proofErr w:type="spellStart"/>
      <w:r w:rsidRPr="00E95314">
        <w:rPr>
          <w:rFonts w:ascii="Arial" w:hAnsi="Arial" w:cs="Arial"/>
          <w:b w:val="0"/>
        </w:rPr>
        <w:t>caso</w:t>
      </w:r>
      <w:proofErr w:type="spellEnd"/>
      <w:r w:rsidRPr="00E95314">
        <w:rPr>
          <w:rFonts w:ascii="Arial" w:hAnsi="Arial" w:cs="Arial"/>
          <w:b w:val="0"/>
        </w:rPr>
        <w:t xml:space="preserve"> </w:t>
      </w:r>
      <w:proofErr w:type="spellStart"/>
      <w:r w:rsidRPr="00E95314">
        <w:rPr>
          <w:rFonts w:ascii="Arial" w:hAnsi="Arial" w:cs="Arial"/>
          <w:b w:val="0"/>
        </w:rPr>
        <w:t>queira</w:t>
      </w:r>
      <w:proofErr w:type="spellEnd"/>
      <w:r w:rsidRPr="00E95314">
        <w:rPr>
          <w:rFonts w:ascii="Arial" w:hAnsi="Arial" w:cs="Arial"/>
          <w:b w:val="0"/>
        </w:rPr>
        <w:t xml:space="preserve"> se </w:t>
      </w:r>
      <w:proofErr w:type="spellStart"/>
      <w:r w:rsidRPr="00E95314">
        <w:rPr>
          <w:rFonts w:ascii="Arial" w:hAnsi="Arial" w:cs="Arial"/>
          <w:b w:val="0"/>
        </w:rPr>
        <w:t>manifestar</w:t>
      </w:r>
      <w:proofErr w:type="spellEnd"/>
      <w:r w:rsidRPr="00E95314">
        <w:rPr>
          <w:rFonts w:ascii="Arial" w:hAnsi="Arial" w:cs="Arial"/>
          <w:b w:val="0"/>
        </w:rPr>
        <w:t>.</w:t>
      </w:r>
      <w:r w:rsidR="0037430C" w:rsidRPr="00E95314">
        <w:rPr>
          <w:rFonts w:ascii="Arial" w:hAnsi="Arial" w:cs="Arial"/>
          <w:b w:val="0"/>
        </w:rPr>
        <w:t xml:space="preserve"> O </w:t>
      </w:r>
      <w:proofErr w:type="spellStart"/>
      <w:r w:rsidR="0037430C" w:rsidRPr="00E95314">
        <w:rPr>
          <w:rFonts w:ascii="Arial" w:hAnsi="Arial" w:cs="Arial"/>
          <w:b w:val="0"/>
        </w:rPr>
        <w:t>mesmo</w:t>
      </w:r>
      <w:proofErr w:type="spellEnd"/>
      <w:r w:rsidR="0037430C" w:rsidRPr="00E95314">
        <w:rPr>
          <w:rFonts w:ascii="Arial" w:hAnsi="Arial" w:cs="Arial"/>
          <w:b w:val="0"/>
        </w:rPr>
        <w:t xml:space="preserve"> </w:t>
      </w:r>
      <w:proofErr w:type="spellStart"/>
      <w:r w:rsidR="0037430C" w:rsidRPr="00E95314">
        <w:rPr>
          <w:rFonts w:ascii="Arial" w:hAnsi="Arial" w:cs="Arial"/>
          <w:b w:val="0"/>
        </w:rPr>
        <w:t>não</w:t>
      </w:r>
      <w:proofErr w:type="spellEnd"/>
      <w:r w:rsidR="0037430C" w:rsidRPr="00E95314">
        <w:rPr>
          <w:rFonts w:ascii="Arial" w:hAnsi="Arial" w:cs="Arial"/>
          <w:b w:val="0"/>
        </w:rPr>
        <w:t xml:space="preserve"> fez </w:t>
      </w:r>
      <w:proofErr w:type="spellStart"/>
      <w:r w:rsidR="0037430C" w:rsidRPr="00E95314">
        <w:rPr>
          <w:rFonts w:ascii="Arial" w:hAnsi="Arial" w:cs="Arial"/>
          <w:b w:val="0"/>
        </w:rPr>
        <w:t>uso</w:t>
      </w:r>
      <w:proofErr w:type="spellEnd"/>
      <w:r w:rsidR="0037430C" w:rsidRPr="00E95314">
        <w:rPr>
          <w:rFonts w:ascii="Arial" w:hAnsi="Arial" w:cs="Arial"/>
          <w:b w:val="0"/>
        </w:rPr>
        <w:t xml:space="preserve">. </w:t>
      </w:r>
      <w:proofErr w:type="spellStart"/>
      <w:r w:rsidR="0037430C" w:rsidRPr="00E95314">
        <w:rPr>
          <w:rFonts w:ascii="Arial" w:hAnsi="Arial" w:cs="Arial"/>
          <w:b w:val="0"/>
        </w:rPr>
        <w:t>Passou</w:t>
      </w:r>
      <w:proofErr w:type="spellEnd"/>
      <w:r w:rsidR="0037430C" w:rsidRPr="00E95314">
        <w:rPr>
          <w:rFonts w:ascii="Arial" w:hAnsi="Arial" w:cs="Arial"/>
          <w:b w:val="0"/>
        </w:rPr>
        <w:t>-</w:t>
      </w:r>
      <w:proofErr w:type="spellStart"/>
      <w:r w:rsidR="0037430C" w:rsidRPr="00E95314">
        <w:rPr>
          <w:rFonts w:ascii="Arial" w:hAnsi="Arial" w:cs="Arial"/>
          <w:b w:val="0"/>
        </w:rPr>
        <w:t xml:space="preserve">se </w:t>
      </w:r>
      <w:proofErr w:type="gramStart"/>
      <w:r w:rsidR="0037430C" w:rsidRPr="00E95314">
        <w:rPr>
          <w:rFonts w:ascii="Arial" w:hAnsi="Arial" w:cs="Arial"/>
          <w:b w:val="0"/>
        </w:rPr>
        <w:t>a</w:t>
      </w:r>
      <w:proofErr w:type="spellEnd"/>
      <w:proofErr w:type="gramEnd"/>
      <w:r w:rsidR="0037430C" w:rsidRPr="00E95314">
        <w:rPr>
          <w:rFonts w:ascii="Arial" w:hAnsi="Arial" w:cs="Arial"/>
          <w:b w:val="0"/>
        </w:rPr>
        <w:t xml:space="preserve"> e</w:t>
      </w:r>
      <w:r w:rsidRPr="00E95314">
        <w:rPr>
          <w:rFonts w:ascii="Arial" w:hAnsi="Arial" w:cs="Arial"/>
          <w:b w:val="0"/>
        </w:rPr>
        <w:t xml:space="preserve">ntrada de </w:t>
      </w:r>
      <w:proofErr w:type="spellStart"/>
      <w:r w:rsidRPr="00E95314">
        <w:rPr>
          <w:rFonts w:ascii="Arial" w:hAnsi="Arial" w:cs="Arial"/>
          <w:b w:val="0"/>
        </w:rPr>
        <w:t>projetos</w:t>
      </w:r>
      <w:proofErr w:type="spellEnd"/>
      <w:r w:rsidRPr="00E95314">
        <w:rPr>
          <w:rFonts w:ascii="Arial" w:hAnsi="Arial" w:cs="Arial"/>
          <w:b w:val="0"/>
        </w:rPr>
        <w:t xml:space="preserve">. Contas do governo. Processo 001102-0200-2300, referente ao processo de contas anuais dos administradores do Executivo Municipal de Tuparendi, referente ao exercício de 2023. Solicito à secretária da mesa diretora que faça a leitura referente à entrada do </w:t>
      </w:r>
      <w:proofErr w:type="spellStart"/>
      <w:r w:rsidRPr="00E95314">
        <w:rPr>
          <w:rFonts w:ascii="Arial" w:hAnsi="Arial" w:cs="Arial"/>
          <w:b w:val="0"/>
        </w:rPr>
        <w:t>processo</w:t>
      </w:r>
      <w:proofErr w:type="spellEnd"/>
      <w:r w:rsidRPr="00E95314">
        <w:rPr>
          <w:rFonts w:ascii="Arial" w:hAnsi="Arial" w:cs="Arial"/>
          <w:b w:val="0"/>
        </w:rPr>
        <w:t xml:space="preserve">, que </w:t>
      </w:r>
      <w:proofErr w:type="spellStart"/>
      <w:r w:rsidRPr="00E95314">
        <w:rPr>
          <w:rFonts w:ascii="Arial" w:hAnsi="Arial" w:cs="Arial"/>
          <w:b w:val="0"/>
        </w:rPr>
        <w:t>eu</w:t>
      </w:r>
      <w:proofErr w:type="spellEnd"/>
      <w:r w:rsidRPr="00E95314">
        <w:rPr>
          <w:rFonts w:ascii="Arial" w:hAnsi="Arial" w:cs="Arial"/>
          <w:b w:val="0"/>
        </w:rPr>
        <w:t xml:space="preserve"> </w:t>
      </w:r>
      <w:proofErr w:type="spellStart"/>
      <w:r w:rsidRPr="00E95314">
        <w:rPr>
          <w:rFonts w:ascii="Arial" w:hAnsi="Arial" w:cs="Arial"/>
          <w:b w:val="0"/>
        </w:rPr>
        <w:t>já</w:t>
      </w:r>
      <w:proofErr w:type="spellEnd"/>
      <w:r w:rsidRPr="00E95314">
        <w:rPr>
          <w:rFonts w:ascii="Arial" w:hAnsi="Arial" w:cs="Arial"/>
          <w:b w:val="0"/>
        </w:rPr>
        <w:t xml:space="preserve"> </w:t>
      </w:r>
      <w:proofErr w:type="spellStart"/>
      <w:r w:rsidRPr="00E95314">
        <w:rPr>
          <w:rFonts w:ascii="Arial" w:hAnsi="Arial" w:cs="Arial"/>
          <w:b w:val="0"/>
        </w:rPr>
        <w:t>citei</w:t>
      </w:r>
      <w:proofErr w:type="spellEnd"/>
      <w:r w:rsidRPr="00E95314">
        <w:rPr>
          <w:rFonts w:ascii="Arial" w:hAnsi="Arial" w:cs="Arial"/>
          <w:b w:val="0"/>
        </w:rPr>
        <w:t xml:space="preserve"> o </w:t>
      </w:r>
      <w:proofErr w:type="spellStart"/>
      <w:r w:rsidRPr="00E95314">
        <w:rPr>
          <w:rFonts w:ascii="Arial" w:hAnsi="Arial" w:cs="Arial"/>
          <w:b w:val="0"/>
        </w:rPr>
        <w:t>número</w:t>
      </w:r>
      <w:proofErr w:type="spellEnd"/>
      <w:r w:rsidRPr="00E95314">
        <w:rPr>
          <w:rFonts w:ascii="Arial" w:hAnsi="Arial" w:cs="Arial"/>
          <w:b w:val="0"/>
        </w:rPr>
        <w:t xml:space="preserve">, </w:t>
      </w:r>
      <w:proofErr w:type="spellStart"/>
      <w:r w:rsidRPr="00E95314">
        <w:rPr>
          <w:rFonts w:ascii="Arial" w:hAnsi="Arial" w:cs="Arial"/>
          <w:b w:val="0"/>
        </w:rPr>
        <w:t>referente</w:t>
      </w:r>
      <w:proofErr w:type="spellEnd"/>
      <w:r w:rsidRPr="00E95314">
        <w:rPr>
          <w:rFonts w:ascii="Arial" w:hAnsi="Arial" w:cs="Arial"/>
          <w:b w:val="0"/>
        </w:rPr>
        <w:t xml:space="preserve"> </w:t>
      </w:r>
      <w:proofErr w:type="spellStart"/>
      <w:r w:rsidRPr="00E95314">
        <w:rPr>
          <w:rFonts w:ascii="Arial" w:hAnsi="Arial" w:cs="Arial"/>
          <w:b w:val="0"/>
        </w:rPr>
        <w:t>às</w:t>
      </w:r>
      <w:proofErr w:type="spellEnd"/>
      <w:r w:rsidRPr="00E95314">
        <w:rPr>
          <w:rFonts w:ascii="Arial" w:hAnsi="Arial" w:cs="Arial"/>
          <w:b w:val="0"/>
        </w:rPr>
        <w:t xml:space="preserve"> </w:t>
      </w:r>
      <w:proofErr w:type="spellStart"/>
      <w:r w:rsidRPr="00E95314">
        <w:rPr>
          <w:rFonts w:ascii="Arial" w:hAnsi="Arial" w:cs="Arial"/>
          <w:b w:val="0"/>
        </w:rPr>
        <w:t>contas</w:t>
      </w:r>
      <w:proofErr w:type="spellEnd"/>
      <w:r w:rsidRPr="00E95314">
        <w:rPr>
          <w:rFonts w:ascii="Arial" w:hAnsi="Arial" w:cs="Arial"/>
          <w:b w:val="0"/>
        </w:rPr>
        <w:t xml:space="preserve"> do </w:t>
      </w:r>
      <w:proofErr w:type="spellStart"/>
      <w:r w:rsidRPr="00E95314">
        <w:rPr>
          <w:rFonts w:ascii="Arial" w:hAnsi="Arial" w:cs="Arial"/>
          <w:b w:val="0"/>
        </w:rPr>
        <w:t>governo</w:t>
      </w:r>
      <w:proofErr w:type="spellEnd"/>
      <w:r w:rsidRPr="00E95314">
        <w:rPr>
          <w:rFonts w:ascii="Arial" w:hAnsi="Arial" w:cs="Arial"/>
          <w:b w:val="0"/>
        </w:rPr>
        <w:t xml:space="preserve"> 2023.</w:t>
      </w:r>
      <w:r w:rsidR="0037430C" w:rsidRPr="00E95314">
        <w:rPr>
          <w:rFonts w:ascii="Arial" w:hAnsi="Arial" w:cs="Arial"/>
          <w:b w:val="0"/>
        </w:rPr>
        <w:t xml:space="preserve"> </w:t>
      </w:r>
      <w:r w:rsidRPr="00E95314">
        <w:rPr>
          <w:rFonts w:ascii="Arial" w:hAnsi="Arial" w:cs="Arial"/>
          <w:b w:val="0"/>
        </w:rPr>
        <w:t xml:space="preserve">Senhor </w:t>
      </w:r>
      <w:proofErr w:type="spellStart"/>
      <w:r w:rsidRPr="00E95314">
        <w:rPr>
          <w:rFonts w:ascii="Arial" w:hAnsi="Arial" w:cs="Arial"/>
          <w:b w:val="0"/>
        </w:rPr>
        <w:t>presidente</w:t>
      </w:r>
      <w:proofErr w:type="spellEnd"/>
      <w:r w:rsidRPr="00E95314">
        <w:rPr>
          <w:rFonts w:ascii="Arial" w:hAnsi="Arial" w:cs="Arial"/>
          <w:b w:val="0"/>
        </w:rPr>
        <w:t xml:space="preserve">, </w:t>
      </w:r>
      <w:proofErr w:type="spellStart"/>
      <w:r w:rsidRPr="00E95314">
        <w:rPr>
          <w:rFonts w:ascii="Arial" w:hAnsi="Arial" w:cs="Arial"/>
          <w:b w:val="0"/>
        </w:rPr>
        <w:t>relatório</w:t>
      </w:r>
      <w:proofErr w:type="spellEnd"/>
      <w:r w:rsidRPr="00E95314">
        <w:rPr>
          <w:rFonts w:ascii="Arial" w:hAnsi="Arial" w:cs="Arial"/>
          <w:b w:val="0"/>
        </w:rPr>
        <w:t xml:space="preserve">. Trata-se de processo de contas anuais do </w:t>
      </w:r>
      <w:r w:rsidR="0037430C" w:rsidRPr="00E95314">
        <w:rPr>
          <w:rFonts w:ascii="Arial" w:hAnsi="Arial" w:cs="Arial"/>
          <w:b w:val="0"/>
        </w:rPr>
        <w:t>S</w:t>
      </w:r>
      <w:r w:rsidRPr="00E95314">
        <w:rPr>
          <w:rFonts w:ascii="Arial" w:hAnsi="Arial" w:cs="Arial"/>
          <w:b w:val="0"/>
        </w:rPr>
        <w:t>enhor Leonel Fernando Petr</w:t>
      </w:r>
      <w:r w:rsidR="0037430C" w:rsidRPr="00E95314">
        <w:rPr>
          <w:rFonts w:ascii="Arial" w:hAnsi="Arial" w:cs="Arial"/>
          <w:b w:val="0"/>
        </w:rPr>
        <w:t>y</w:t>
      </w:r>
      <w:r w:rsidRPr="00E95314">
        <w:rPr>
          <w:rFonts w:ascii="Arial" w:hAnsi="Arial" w:cs="Arial"/>
          <w:b w:val="0"/>
        </w:rPr>
        <w:t xml:space="preserve">, </w:t>
      </w:r>
      <w:proofErr w:type="spellStart"/>
      <w:r w:rsidR="0037430C" w:rsidRPr="00E95314">
        <w:rPr>
          <w:rFonts w:ascii="Arial" w:hAnsi="Arial" w:cs="Arial"/>
          <w:b w:val="0"/>
        </w:rPr>
        <w:t>A</w:t>
      </w:r>
      <w:r w:rsidRPr="00E95314">
        <w:rPr>
          <w:rFonts w:ascii="Arial" w:hAnsi="Arial" w:cs="Arial"/>
          <w:b w:val="0"/>
        </w:rPr>
        <w:t>dministrador</w:t>
      </w:r>
      <w:proofErr w:type="spellEnd"/>
      <w:r w:rsidRPr="00E95314">
        <w:rPr>
          <w:rFonts w:ascii="Arial" w:hAnsi="Arial" w:cs="Arial"/>
          <w:b w:val="0"/>
        </w:rPr>
        <w:t xml:space="preserve"> da </w:t>
      </w:r>
      <w:proofErr w:type="spellStart"/>
      <w:r w:rsidRPr="00E95314">
        <w:rPr>
          <w:rFonts w:ascii="Arial" w:hAnsi="Arial" w:cs="Arial"/>
          <w:b w:val="0"/>
        </w:rPr>
        <w:t>Prefeitura</w:t>
      </w:r>
      <w:proofErr w:type="spellEnd"/>
      <w:r w:rsidRPr="00E95314">
        <w:rPr>
          <w:rFonts w:ascii="Arial" w:hAnsi="Arial" w:cs="Arial"/>
          <w:b w:val="0"/>
        </w:rPr>
        <w:t xml:space="preserve"> Municipal de Tuparendi, no exercício de 2023, cujos autos encontram-se instruídos pelos seguintes documentos. Relatório de contas anuais, peça 638391. Esclarecimentos apresentados pelo gestor, peça 6463188. Instrução técnica, análise de esclarecimentos realizada pela Supervisão Especializada de Fiscalização. E parecer do Ministério Público junto ao Tribunal de Contas do Estado.</w:t>
      </w:r>
      <w:r w:rsidR="0037430C" w:rsidRPr="00E95314">
        <w:rPr>
          <w:rFonts w:ascii="Arial" w:hAnsi="Arial" w:cs="Arial"/>
          <w:b w:val="0"/>
        </w:rPr>
        <w:t xml:space="preserve"> </w:t>
      </w:r>
      <w:proofErr w:type="spellStart"/>
      <w:r w:rsidR="0037430C" w:rsidRPr="00E95314">
        <w:rPr>
          <w:rFonts w:ascii="Arial" w:hAnsi="Arial" w:cs="Arial"/>
          <w:b w:val="0"/>
        </w:rPr>
        <w:t>Encaminhado</w:t>
      </w:r>
      <w:proofErr w:type="spellEnd"/>
      <w:r w:rsidR="0037430C" w:rsidRPr="00E95314">
        <w:rPr>
          <w:rFonts w:ascii="Arial" w:hAnsi="Arial" w:cs="Arial"/>
          <w:b w:val="0"/>
        </w:rPr>
        <w:t xml:space="preserve"> </w:t>
      </w:r>
      <w:r w:rsidRPr="00E95314">
        <w:rPr>
          <w:rFonts w:ascii="Arial" w:hAnsi="Arial" w:cs="Arial"/>
          <w:b w:val="0"/>
        </w:rPr>
        <w:t xml:space="preserve">para </w:t>
      </w:r>
      <w:proofErr w:type="spellStart"/>
      <w:r w:rsidRPr="00E95314">
        <w:rPr>
          <w:rFonts w:ascii="Arial" w:hAnsi="Arial" w:cs="Arial"/>
          <w:b w:val="0"/>
        </w:rPr>
        <w:t>estudo</w:t>
      </w:r>
      <w:proofErr w:type="spellEnd"/>
      <w:r w:rsidRPr="00E95314">
        <w:rPr>
          <w:rFonts w:ascii="Arial" w:hAnsi="Arial" w:cs="Arial"/>
          <w:b w:val="0"/>
        </w:rPr>
        <w:t xml:space="preserve"> </w:t>
      </w:r>
      <w:proofErr w:type="spellStart"/>
      <w:r w:rsidRPr="00E95314">
        <w:rPr>
          <w:rFonts w:ascii="Arial" w:hAnsi="Arial" w:cs="Arial"/>
          <w:b w:val="0"/>
        </w:rPr>
        <w:t>na</w:t>
      </w:r>
      <w:proofErr w:type="spellEnd"/>
      <w:r w:rsidRPr="00E95314">
        <w:rPr>
          <w:rFonts w:ascii="Arial" w:hAnsi="Arial" w:cs="Arial"/>
          <w:b w:val="0"/>
        </w:rPr>
        <w:t xml:space="preserve"> </w:t>
      </w:r>
      <w:proofErr w:type="spellStart"/>
      <w:r w:rsidRPr="00E95314">
        <w:rPr>
          <w:rFonts w:ascii="Arial" w:hAnsi="Arial" w:cs="Arial"/>
          <w:b w:val="0"/>
        </w:rPr>
        <w:t>Comissão</w:t>
      </w:r>
      <w:proofErr w:type="spellEnd"/>
      <w:r w:rsidRPr="00E95314">
        <w:rPr>
          <w:rFonts w:ascii="Arial" w:hAnsi="Arial" w:cs="Arial"/>
          <w:b w:val="0"/>
        </w:rPr>
        <w:t xml:space="preserve"> de </w:t>
      </w:r>
      <w:proofErr w:type="spellStart"/>
      <w:r w:rsidRPr="00E95314">
        <w:rPr>
          <w:rFonts w:ascii="Arial" w:hAnsi="Arial" w:cs="Arial"/>
          <w:b w:val="0"/>
        </w:rPr>
        <w:t>Orçamento</w:t>
      </w:r>
      <w:proofErr w:type="spellEnd"/>
      <w:r w:rsidRPr="00E95314">
        <w:rPr>
          <w:rFonts w:ascii="Arial" w:hAnsi="Arial" w:cs="Arial"/>
          <w:b w:val="0"/>
        </w:rPr>
        <w:t xml:space="preserve">, </w:t>
      </w:r>
      <w:proofErr w:type="spellStart"/>
      <w:r w:rsidRPr="00E95314">
        <w:rPr>
          <w:rFonts w:ascii="Arial" w:hAnsi="Arial" w:cs="Arial"/>
          <w:b w:val="0"/>
        </w:rPr>
        <w:t>Finanças</w:t>
      </w:r>
      <w:proofErr w:type="spellEnd"/>
      <w:r w:rsidRPr="00E95314">
        <w:rPr>
          <w:rFonts w:ascii="Arial" w:hAnsi="Arial" w:cs="Arial"/>
          <w:b w:val="0"/>
        </w:rPr>
        <w:t xml:space="preserve">, Infraestrutura Urbana e Rural. </w:t>
      </w:r>
      <w:proofErr w:type="spellStart"/>
      <w:r w:rsidR="0037430C" w:rsidRPr="00E95314">
        <w:rPr>
          <w:rFonts w:ascii="Arial" w:hAnsi="Arial" w:cs="Arial"/>
          <w:b w:val="0"/>
        </w:rPr>
        <w:t>Passou</w:t>
      </w:r>
      <w:proofErr w:type="spellEnd"/>
      <w:r w:rsidR="0037430C" w:rsidRPr="00E95314">
        <w:rPr>
          <w:rFonts w:ascii="Arial" w:hAnsi="Arial" w:cs="Arial"/>
          <w:b w:val="0"/>
        </w:rPr>
        <w:t xml:space="preserve">-se </w:t>
      </w:r>
      <w:proofErr w:type="spellStart"/>
      <w:r w:rsidR="0037430C" w:rsidRPr="00E95314">
        <w:rPr>
          <w:rFonts w:ascii="Arial" w:hAnsi="Arial" w:cs="Arial"/>
          <w:b w:val="0"/>
        </w:rPr>
        <w:t>aos</w:t>
      </w:r>
      <w:proofErr w:type="spellEnd"/>
      <w:r w:rsidR="0037430C" w:rsidRPr="00E95314">
        <w:rPr>
          <w:rFonts w:ascii="Arial" w:hAnsi="Arial" w:cs="Arial"/>
          <w:b w:val="0"/>
        </w:rPr>
        <w:t xml:space="preserve"> </w:t>
      </w:r>
      <w:proofErr w:type="spellStart"/>
      <w:r w:rsidR="0037430C" w:rsidRPr="00E95314">
        <w:rPr>
          <w:rFonts w:ascii="Arial" w:hAnsi="Arial" w:cs="Arial"/>
          <w:b w:val="0"/>
        </w:rPr>
        <w:t>r</w:t>
      </w:r>
      <w:r w:rsidRPr="00E95314">
        <w:rPr>
          <w:rFonts w:ascii="Arial" w:hAnsi="Arial" w:cs="Arial"/>
          <w:b w:val="0"/>
        </w:rPr>
        <w:t>equerimento</w:t>
      </w:r>
      <w:r w:rsidR="0037430C" w:rsidRPr="00E95314">
        <w:rPr>
          <w:rFonts w:ascii="Arial" w:hAnsi="Arial" w:cs="Arial"/>
          <w:b w:val="0"/>
        </w:rPr>
        <w:t>s</w:t>
      </w:r>
      <w:proofErr w:type="spellEnd"/>
      <w:r w:rsidR="0037430C" w:rsidRPr="00E95314">
        <w:rPr>
          <w:rFonts w:ascii="Arial" w:hAnsi="Arial" w:cs="Arial"/>
          <w:b w:val="0"/>
        </w:rPr>
        <w:t xml:space="preserve"> </w:t>
      </w:r>
      <w:r w:rsidRPr="00E95314">
        <w:rPr>
          <w:rFonts w:ascii="Arial" w:hAnsi="Arial" w:cs="Arial"/>
          <w:b w:val="0"/>
        </w:rPr>
        <w:t xml:space="preserve">dos </w:t>
      </w:r>
      <w:proofErr w:type="spellStart"/>
      <w:r w:rsidRPr="00E95314">
        <w:rPr>
          <w:rFonts w:ascii="Arial" w:hAnsi="Arial" w:cs="Arial"/>
          <w:b w:val="0"/>
        </w:rPr>
        <w:t>vereadores</w:t>
      </w:r>
      <w:proofErr w:type="spellEnd"/>
      <w:r w:rsidRPr="00E95314">
        <w:rPr>
          <w:rFonts w:ascii="Arial" w:hAnsi="Arial" w:cs="Arial"/>
          <w:b w:val="0"/>
        </w:rPr>
        <w:t xml:space="preserve">. Algum requerimento verbal? 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está</w:t>
      </w:r>
      <w:proofErr w:type="spellEnd"/>
      <w:r w:rsidRPr="00E95314">
        <w:rPr>
          <w:rFonts w:ascii="Arial" w:hAnsi="Arial" w:cs="Arial"/>
          <w:b w:val="0"/>
        </w:rPr>
        <w:t xml:space="preserve"> à </w:t>
      </w:r>
      <w:proofErr w:type="spellStart"/>
      <w:r w:rsidRPr="00E95314">
        <w:rPr>
          <w:rFonts w:ascii="Arial" w:hAnsi="Arial" w:cs="Arial"/>
          <w:b w:val="0"/>
        </w:rPr>
        <w:t>disposição</w:t>
      </w:r>
      <w:proofErr w:type="spellEnd"/>
      <w:r w:rsidRPr="00E95314">
        <w:rPr>
          <w:rFonts w:ascii="Arial" w:hAnsi="Arial" w:cs="Arial"/>
          <w:b w:val="0"/>
        </w:rPr>
        <w:t>.</w:t>
      </w:r>
      <w:r w:rsidR="0037430C" w:rsidRPr="00E95314">
        <w:rPr>
          <w:rFonts w:ascii="Arial" w:hAnsi="Arial" w:cs="Arial"/>
          <w:b w:val="0"/>
        </w:rPr>
        <w:t xml:space="preserve"> </w:t>
      </w:r>
      <w:proofErr w:type="spellStart"/>
      <w:r w:rsidRPr="00E95314">
        <w:rPr>
          <w:rFonts w:ascii="Arial" w:hAnsi="Arial" w:cs="Arial"/>
          <w:b w:val="0"/>
        </w:rPr>
        <w:t>Não</w:t>
      </w:r>
      <w:proofErr w:type="spellEnd"/>
      <w:r w:rsidRPr="00E95314">
        <w:rPr>
          <w:rFonts w:ascii="Arial" w:hAnsi="Arial" w:cs="Arial"/>
          <w:b w:val="0"/>
        </w:rPr>
        <w:t xml:space="preserve"> </w:t>
      </w:r>
      <w:proofErr w:type="spellStart"/>
      <w:r w:rsidR="0037430C" w:rsidRPr="00E95314">
        <w:rPr>
          <w:rFonts w:ascii="Arial" w:hAnsi="Arial" w:cs="Arial"/>
          <w:b w:val="0"/>
        </w:rPr>
        <w:t>foi</w:t>
      </w:r>
      <w:proofErr w:type="spellEnd"/>
      <w:r w:rsidR="0037430C" w:rsidRPr="00E95314">
        <w:rPr>
          <w:rFonts w:ascii="Arial" w:hAnsi="Arial" w:cs="Arial"/>
          <w:b w:val="0"/>
        </w:rPr>
        <w:t xml:space="preserve"> </w:t>
      </w:r>
      <w:proofErr w:type="spellStart"/>
      <w:r w:rsidR="0037430C" w:rsidRPr="00E95314">
        <w:rPr>
          <w:rFonts w:ascii="Arial" w:hAnsi="Arial" w:cs="Arial"/>
          <w:b w:val="0"/>
        </w:rPr>
        <w:t>apresentado</w:t>
      </w:r>
      <w:proofErr w:type="spellEnd"/>
      <w:r w:rsidR="0037430C" w:rsidRPr="00E95314">
        <w:rPr>
          <w:rFonts w:ascii="Arial" w:hAnsi="Arial" w:cs="Arial"/>
          <w:b w:val="0"/>
        </w:rPr>
        <w:t xml:space="preserve"> </w:t>
      </w:r>
      <w:proofErr w:type="spellStart"/>
      <w:r w:rsidRPr="00E95314">
        <w:rPr>
          <w:rFonts w:ascii="Arial" w:hAnsi="Arial" w:cs="Arial"/>
          <w:b w:val="0"/>
        </w:rPr>
        <w:t>nenhum</w:t>
      </w:r>
      <w:proofErr w:type="spellEnd"/>
      <w:r w:rsidRPr="00E95314">
        <w:rPr>
          <w:rFonts w:ascii="Arial" w:hAnsi="Arial" w:cs="Arial"/>
          <w:b w:val="0"/>
        </w:rPr>
        <w:t xml:space="preserve"> </w:t>
      </w:r>
      <w:proofErr w:type="spellStart"/>
      <w:r w:rsidRPr="00E95314">
        <w:rPr>
          <w:rFonts w:ascii="Arial" w:hAnsi="Arial" w:cs="Arial"/>
          <w:b w:val="0"/>
        </w:rPr>
        <w:t>requerimento</w:t>
      </w:r>
      <w:proofErr w:type="spellEnd"/>
      <w:r w:rsidRPr="00E95314">
        <w:rPr>
          <w:rFonts w:ascii="Arial" w:hAnsi="Arial" w:cs="Arial"/>
          <w:b w:val="0"/>
        </w:rPr>
        <w:t xml:space="preserve"> verbal.</w:t>
      </w:r>
      <w:r w:rsidR="0037430C" w:rsidRPr="00E95314">
        <w:rPr>
          <w:rFonts w:ascii="Arial" w:hAnsi="Arial" w:cs="Arial"/>
        </w:rPr>
        <w:t xml:space="preserve"> </w:t>
      </w:r>
      <w:proofErr w:type="spellStart"/>
      <w:r w:rsidR="0037430C" w:rsidRPr="00E95314">
        <w:rPr>
          <w:rFonts w:ascii="Arial" w:hAnsi="Arial" w:cs="Arial"/>
          <w:b w:val="0"/>
        </w:rPr>
        <w:t>Passamos</w:t>
      </w:r>
      <w:proofErr w:type="spellEnd"/>
      <w:r w:rsidR="0037430C" w:rsidRPr="00E95314">
        <w:rPr>
          <w:rFonts w:ascii="Arial" w:hAnsi="Arial" w:cs="Arial"/>
          <w:b w:val="0"/>
        </w:rPr>
        <w:t xml:space="preserve"> </w:t>
      </w:r>
      <w:r w:rsidRPr="00E95314">
        <w:rPr>
          <w:rFonts w:ascii="Arial" w:hAnsi="Arial" w:cs="Arial"/>
          <w:b w:val="0"/>
        </w:rPr>
        <w:t xml:space="preserve">para as </w:t>
      </w:r>
      <w:proofErr w:type="spellStart"/>
      <w:r w:rsidRPr="00E95314">
        <w:rPr>
          <w:rFonts w:ascii="Arial" w:hAnsi="Arial" w:cs="Arial"/>
          <w:b w:val="0"/>
        </w:rPr>
        <w:t>explicações</w:t>
      </w:r>
      <w:proofErr w:type="spellEnd"/>
      <w:r w:rsidRPr="00E95314">
        <w:rPr>
          <w:rFonts w:ascii="Arial" w:hAnsi="Arial" w:cs="Arial"/>
          <w:b w:val="0"/>
        </w:rPr>
        <w:t xml:space="preserve"> pessoais. Convido a </w:t>
      </w:r>
      <w:proofErr w:type="spellStart"/>
      <w:r w:rsidRPr="00E95314">
        <w:rPr>
          <w:rFonts w:ascii="Arial" w:hAnsi="Arial" w:cs="Arial"/>
          <w:b w:val="0"/>
        </w:rPr>
        <w:t>vereadora</w:t>
      </w:r>
      <w:proofErr w:type="spellEnd"/>
      <w:r w:rsidRPr="00E95314">
        <w:rPr>
          <w:rFonts w:ascii="Arial" w:hAnsi="Arial" w:cs="Arial"/>
          <w:b w:val="0"/>
        </w:rPr>
        <w:t xml:space="preserve"> E</w:t>
      </w:r>
      <w:r w:rsidR="0037430C" w:rsidRPr="00E95314">
        <w:rPr>
          <w:rFonts w:ascii="Arial" w:hAnsi="Arial" w:cs="Arial"/>
          <w:b w:val="0"/>
        </w:rPr>
        <w:t xml:space="preserve">liza Helena A. Konzen </w:t>
      </w:r>
      <w:r w:rsidRPr="00E95314">
        <w:rPr>
          <w:rFonts w:ascii="Arial" w:hAnsi="Arial" w:cs="Arial"/>
          <w:b w:val="0"/>
        </w:rPr>
        <w:t xml:space="preserve">para </w:t>
      </w:r>
      <w:proofErr w:type="spellStart"/>
      <w:r w:rsidRPr="00E95314">
        <w:rPr>
          <w:rFonts w:ascii="Arial" w:hAnsi="Arial" w:cs="Arial"/>
          <w:b w:val="0"/>
        </w:rPr>
        <w:t>fazer</w:t>
      </w:r>
      <w:proofErr w:type="spellEnd"/>
      <w:r w:rsidRPr="00E95314">
        <w:rPr>
          <w:rFonts w:ascii="Arial" w:hAnsi="Arial" w:cs="Arial"/>
          <w:b w:val="0"/>
        </w:rPr>
        <w:t xml:space="preserve"> o </w:t>
      </w:r>
      <w:proofErr w:type="spellStart"/>
      <w:r w:rsidRPr="00E95314">
        <w:rPr>
          <w:rFonts w:ascii="Arial" w:hAnsi="Arial" w:cs="Arial"/>
          <w:b w:val="0"/>
        </w:rPr>
        <w:t>uso</w:t>
      </w:r>
      <w:proofErr w:type="spellEnd"/>
      <w:r w:rsidRPr="00E95314">
        <w:rPr>
          <w:rFonts w:ascii="Arial" w:hAnsi="Arial" w:cs="Arial"/>
          <w:b w:val="0"/>
        </w:rPr>
        <w:t xml:space="preserve"> da palavra, caso queira se manifestar. </w:t>
      </w:r>
      <w:proofErr w:type="spellStart"/>
      <w:r w:rsidRPr="00E95314">
        <w:rPr>
          <w:rFonts w:ascii="Arial" w:hAnsi="Arial" w:cs="Arial"/>
          <w:b w:val="0"/>
        </w:rPr>
        <w:t>Vereadora</w:t>
      </w:r>
      <w:proofErr w:type="spellEnd"/>
      <w:r w:rsidRPr="00E95314">
        <w:rPr>
          <w:rFonts w:ascii="Arial" w:hAnsi="Arial" w:cs="Arial"/>
          <w:b w:val="0"/>
        </w:rPr>
        <w:t xml:space="preserve">, 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está</w:t>
      </w:r>
      <w:proofErr w:type="spellEnd"/>
      <w:r w:rsidRPr="00E95314">
        <w:rPr>
          <w:rFonts w:ascii="Arial" w:hAnsi="Arial" w:cs="Arial"/>
          <w:b w:val="0"/>
        </w:rPr>
        <w:t xml:space="preserve"> à </w:t>
      </w:r>
      <w:proofErr w:type="spellStart"/>
      <w:r w:rsidRPr="00E95314">
        <w:rPr>
          <w:rFonts w:ascii="Arial" w:hAnsi="Arial" w:cs="Arial"/>
          <w:b w:val="0"/>
        </w:rPr>
        <w:t>disposição</w:t>
      </w:r>
      <w:proofErr w:type="spellEnd"/>
      <w:r w:rsidRPr="00E95314">
        <w:rPr>
          <w:rFonts w:ascii="Arial" w:hAnsi="Arial" w:cs="Arial"/>
          <w:b w:val="0"/>
        </w:rPr>
        <w:t>.</w:t>
      </w:r>
      <w:r w:rsidR="0037430C" w:rsidRPr="00E95314">
        <w:rPr>
          <w:rFonts w:ascii="Arial" w:hAnsi="Arial" w:cs="Arial"/>
          <w:b w:val="0"/>
        </w:rPr>
        <w:t xml:space="preserve"> </w:t>
      </w:r>
      <w:proofErr w:type="spellStart"/>
      <w:r w:rsidR="0037430C" w:rsidRPr="00E95314">
        <w:rPr>
          <w:rFonts w:ascii="Arial" w:hAnsi="Arial" w:cs="Arial"/>
          <w:b w:val="0"/>
        </w:rPr>
        <w:t>N</w:t>
      </w:r>
      <w:r w:rsidRPr="00E95314">
        <w:rPr>
          <w:rFonts w:ascii="Arial" w:hAnsi="Arial" w:cs="Arial"/>
          <w:b w:val="0"/>
        </w:rPr>
        <w:t>ão</w:t>
      </w:r>
      <w:proofErr w:type="spellEnd"/>
      <w:r w:rsidRPr="00E95314">
        <w:rPr>
          <w:rFonts w:ascii="Arial" w:hAnsi="Arial" w:cs="Arial"/>
          <w:b w:val="0"/>
        </w:rPr>
        <w:t xml:space="preserve"> </w:t>
      </w:r>
      <w:proofErr w:type="spellStart"/>
      <w:r w:rsidRPr="00E95314">
        <w:rPr>
          <w:rFonts w:ascii="Arial" w:hAnsi="Arial" w:cs="Arial"/>
          <w:b w:val="0"/>
        </w:rPr>
        <w:t>fará</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w:t>
      </w:r>
      <w:r w:rsidR="0037430C" w:rsidRPr="00E95314">
        <w:rPr>
          <w:rFonts w:ascii="Arial" w:hAnsi="Arial" w:cs="Arial"/>
          <w:b w:val="0"/>
        </w:rPr>
        <w:t xml:space="preserve"> </w:t>
      </w:r>
      <w:r w:rsidRPr="00E95314">
        <w:rPr>
          <w:rFonts w:ascii="Arial" w:hAnsi="Arial" w:cs="Arial"/>
          <w:b w:val="0"/>
        </w:rPr>
        <w:t xml:space="preserve">Convido o </w:t>
      </w:r>
      <w:proofErr w:type="spellStart"/>
      <w:r w:rsidRPr="00E95314">
        <w:rPr>
          <w:rFonts w:ascii="Arial" w:hAnsi="Arial" w:cs="Arial"/>
          <w:b w:val="0"/>
        </w:rPr>
        <w:t>vereador</w:t>
      </w:r>
      <w:proofErr w:type="spellEnd"/>
      <w:r w:rsidRPr="00E95314">
        <w:rPr>
          <w:rFonts w:ascii="Arial" w:hAnsi="Arial" w:cs="Arial"/>
          <w:b w:val="0"/>
        </w:rPr>
        <w:t xml:space="preserve"> Rafa</w:t>
      </w:r>
      <w:r w:rsidR="0037430C" w:rsidRPr="00E95314">
        <w:rPr>
          <w:rFonts w:ascii="Arial" w:hAnsi="Arial" w:cs="Arial"/>
          <w:b w:val="0"/>
        </w:rPr>
        <w:t>el</w:t>
      </w:r>
      <w:r w:rsidRPr="00E95314">
        <w:rPr>
          <w:rFonts w:ascii="Arial" w:hAnsi="Arial" w:cs="Arial"/>
          <w:b w:val="0"/>
        </w:rPr>
        <w:t xml:space="preserve"> Hermans para fazer o uso da palavra, caso queira se manifestar. </w:t>
      </w:r>
      <w:proofErr w:type="spellStart"/>
      <w:r w:rsidRPr="00E95314">
        <w:rPr>
          <w:rFonts w:ascii="Arial" w:hAnsi="Arial" w:cs="Arial"/>
          <w:b w:val="0"/>
        </w:rPr>
        <w:t>Vereador</w:t>
      </w:r>
      <w:proofErr w:type="spellEnd"/>
      <w:r w:rsidRPr="00E95314">
        <w:rPr>
          <w:rFonts w:ascii="Arial" w:hAnsi="Arial" w:cs="Arial"/>
          <w:b w:val="0"/>
        </w:rPr>
        <w:t xml:space="preserve">, 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está</w:t>
      </w:r>
      <w:proofErr w:type="spellEnd"/>
      <w:r w:rsidRPr="00E95314">
        <w:rPr>
          <w:rFonts w:ascii="Arial" w:hAnsi="Arial" w:cs="Arial"/>
          <w:b w:val="0"/>
        </w:rPr>
        <w:t xml:space="preserve"> à </w:t>
      </w:r>
      <w:proofErr w:type="spellStart"/>
      <w:r w:rsidRPr="00E95314">
        <w:rPr>
          <w:rFonts w:ascii="Arial" w:hAnsi="Arial" w:cs="Arial"/>
          <w:b w:val="0"/>
        </w:rPr>
        <w:t>disposição</w:t>
      </w:r>
      <w:proofErr w:type="spellEnd"/>
      <w:r w:rsidRPr="00E95314">
        <w:rPr>
          <w:rFonts w:ascii="Arial" w:hAnsi="Arial" w:cs="Arial"/>
          <w:b w:val="0"/>
        </w:rPr>
        <w:t>.</w:t>
      </w:r>
      <w:r w:rsidR="0037430C" w:rsidRPr="00E95314">
        <w:rPr>
          <w:rFonts w:ascii="Arial" w:hAnsi="Arial" w:cs="Arial"/>
          <w:b w:val="0"/>
        </w:rPr>
        <w:t xml:space="preserve"> </w:t>
      </w:r>
      <w:proofErr w:type="spellStart"/>
      <w:r w:rsidRPr="00E95314">
        <w:rPr>
          <w:rFonts w:ascii="Arial" w:hAnsi="Arial" w:cs="Arial"/>
          <w:b w:val="0"/>
        </w:rPr>
        <w:t>Não</w:t>
      </w:r>
      <w:proofErr w:type="spellEnd"/>
      <w:r w:rsidRPr="00E95314">
        <w:rPr>
          <w:rFonts w:ascii="Arial" w:hAnsi="Arial" w:cs="Arial"/>
          <w:b w:val="0"/>
        </w:rPr>
        <w:t xml:space="preserve"> </w:t>
      </w:r>
      <w:proofErr w:type="spellStart"/>
      <w:r w:rsidRPr="00E95314">
        <w:rPr>
          <w:rFonts w:ascii="Arial" w:hAnsi="Arial" w:cs="Arial"/>
          <w:b w:val="0"/>
        </w:rPr>
        <w:t>fará</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w:t>
      </w:r>
      <w:r w:rsidR="0037430C" w:rsidRPr="00E95314">
        <w:rPr>
          <w:rFonts w:ascii="Arial" w:hAnsi="Arial" w:cs="Arial"/>
          <w:b w:val="0"/>
        </w:rPr>
        <w:t xml:space="preserve"> </w:t>
      </w:r>
      <w:r w:rsidRPr="00E95314">
        <w:rPr>
          <w:rFonts w:ascii="Arial" w:hAnsi="Arial" w:cs="Arial"/>
          <w:b w:val="0"/>
        </w:rPr>
        <w:t xml:space="preserve">Convido o </w:t>
      </w:r>
      <w:proofErr w:type="spellStart"/>
      <w:r w:rsidRPr="00E95314">
        <w:rPr>
          <w:rFonts w:ascii="Arial" w:hAnsi="Arial" w:cs="Arial"/>
          <w:b w:val="0"/>
        </w:rPr>
        <w:t>vereador</w:t>
      </w:r>
      <w:proofErr w:type="spellEnd"/>
      <w:r w:rsidRPr="00E95314">
        <w:rPr>
          <w:rFonts w:ascii="Arial" w:hAnsi="Arial" w:cs="Arial"/>
          <w:b w:val="0"/>
        </w:rPr>
        <w:t xml:space="preserve"> J</w:t>
      </w:r>
      <w:r w:rsidR="0037430C" w:rsidRPr="00E95314">
        <w:rPr>
          <w:rFonts w:ascii="Arial" w:hAnsi="Arial" w:cs="Arial"/>
          <w:b w:val="0"/>
        </w:rPr>
        <w:t>onas Ribeiro</w:t>
      </w:r>
      <w:r w:rsidRPr="00E95314">
        <w:rPr>
          <w:rFonts w:ascii="Arial" w:hAnsi="Arial" w:cs="Arial"/>
          <w:b w:val="0"/>
        </w:rPr>
        <w:t xml:space="preserve"> para </w:t>
      </w:r>
      <w:proofErr w:type="spellStart"/>
      <w:r w:rsidRPr="00E95314">
        <w:rPr>
          <w:rFonts w:ascii="Arial" w:hAnsi="Arial" w:cs="Arial"/>
          <w:b w:val="0"/>
        </w:rPr>
        <w:t>fazer</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 xml:space="preserve"> da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caso</w:t>
      </w:r>
      <w:proofErr w:type="spellEnd"/>
      <w:r w:rsidRPr="00E95314">
        <w:rPr>
          <w:rFonts w:ascii="Arial" w:hAnsi="Arial" w:cs="Arial"/>
          <w:b w:val="0"/>
        </w:rPr>
        <w:t xml:space="preserve"> </w:t>
      </w:r>
      <w:proofErr w:type="spellStart"/>
      <w:r w:rsidRPr="00E95314">
        <w:rPr>
          <w:rFonts w:ascii="Arial" w:hAnsi="Arial" w:cs="Arial"/>
          <w:b w:val="0"/>
        </w:rPr>
        <w:t>queira</w:t>
      </w:r>
      <w:proofErr w:type="spellEnd"/>
      <w:r w:rsidRPr="00E95314">
        <w:rPr>
          <w:rFonts w:ascii="Arial" w:hAnsi="Arial" w:cs="Arial"/>
          <w:b w:val="0"/>
        </w:rPr>
        <w:t xml:space="preserve"> se </w:t>
      </w:r>
      <w:proofErr w:type="spellStart"/>
      <w:r w:rsidRPr="00E95314">
        <w:rPr>
          <w:rFonts w:ascii="Arial" w:hAnsi="Arial" w:cs="Arial"/>
          <w:b w:val="0"/>
        </w:rPr>
        <w:t>manifestar</w:t>
      </w:r>
      <w:proofErr w:type="spellEnd"/>
      <w:r w:rsidRPr="00E95314">
        <w:rPr>
          <w:rFonts w:ascii="Arial" w:hAnsi="Arial" w:cs="Arial"/>
          <w:b w:val="0"/>
        </w:rPr>
        <w:t>.</w:t>
      </w:r>
      <w:r w:rsidR="0037430C" w:rsidRPr="00E95314">
        <w:rPr>
          <w:rFonts w:ascii="Arial" w:hAnsi="Arial" w:cs="Arial"/>
          <w:b w:val="0"/>
        </w:rPr>
        <w:t xml:space="preserve"> </w:t>
      </w:r>
      <w:proofErr w:type="spellStart"/>
      <w:r w:rsidR="0037430C" w:rsidRPr="00E95314">
        <w:rPr>
          <w:rFonts w:ascii="Arial" w:hAnsi="Arial" w:cs="Arial"/>
          <w:b w:val="0"/>
        </w:rPr>
        <w:t>Não</w:t>
      </w:r>
      <w:proofErr w:type="spellEnd"/>
      <w:r w:rsidR="0037430C" w:rsidRPr="00E95314">
        <w:rPr>
          <w:rFonts w:ascii="Arial" w:hAnsi="Arial" w:cs="Arial"/>
          <w:b w:val="0"/>
        </w:rPr>
        <w:t xml:space="preserve"> </w:t>
      </w:r>
      <w:proofErr w:type="spellStart"/>
      <w:r w:rsidR="0037430C" w:rsidRPr="00E95314">
        <w:rPr>
          <w:rFonts w:ascii="Arial" w:hAnsi="Arial" w:cs="Arial"/>
          <w:b w:val="0"/>
        </w:rPr>
        <w:t>fará</w:t>
      </w:r>
      <w:proofErr w:type="spellEnd"/>
      <w:r w:rsidR="0037430C" w:rsidRPr="00E95314">
        <w:rPr>
          <w:rFonts w:ascii="Arial" w:hAnsi="Arial" w:cs="Arial"/>
          <w:b w:val="0"/>
        </w:rPr>
        <w:t xml:space="preserve"> </w:t>
      </w:r>
      <w:proofErr w:type="spellStart"/>
      <w:r w:rsidR="0037430C" w:rsidRPr="00E95314">
        <w:rPr>
          <w:rFonts w:ascii="Arial" w:hAnsi="Arial" w:cs="Arial"/>
          <w:b w:val="0"/>
        </w:rPr>
        <w:t>uso</w:t>
      </w:r>
      <w:proofErr w:type="spellEnd"/>
      <w:r w:rsidRPr="00E95314">
        <w:rPr>
          <w:rFonts w:ascii="Arial" w:hAnsi="Arial" w:cs="Arial"/>
          <w:b w:val="0"/>
        </w:rPr>
        <w:t xml:space="preserve">. Convido o </w:t>
      </w:r>
      <w:proofErr w:type="spellStart"/>
      <w:r w:rsidRPr="00E95314">
        <w:rPr>
          <w:rFonts w:ascii="Arial" w:hAnsi="Arial" w:cs="Arial"/>
          <w:b w:val="0"/>
        </w:rPr>
        <w:t>vereador</w:t>
      </w:r>
      <w:proofErr w:type="spellEnd"/>
      <w:r w:rsidRPr="00E95314">
        <w:rPr>
          <w:rFonts w:ascii="Arial" w:hAnsi="Arial" w:cs="Arial"/>
          <w:b w:val="0"/>
        </w:rPr>
        <w:t xml:space="preserve"> F</w:t>
      </w:r>
      <w:r w:rsidR="0037430C" w:rsidRPr="00E95314">
        <w:rPr>
          <w:rFonts w:ascii="Arial" w:hAnsi="Arial" w:cs="Arial"/>
          <w:b w:val="0"/>
        </w:rPr>
        <w:t>rancesco Dallenogare</w:t>
      </w:r>
      <w:r w:rsidRPr="00E95314">
        <w:rPr>
          <w:rFonts w:ascii="Arial" w:hAnsi="Arial" w:cs="Arial"/>
          <w:b w:val="0"/>
        </w:rPr>
        <w:t xml:space="preserve"> para </w:t>
      </w:r>
      <w:proofErr w:type="spellStart"/>
      <w:r w:rsidRPr="00E95314">
        <w:rPr>
          <w:rFonts w:ascii="Arial" w:hAnsi="Arial" w:cs="Arial"/>
          <w:b w:val="0"/>
        </w:rPr>
        <w:t>fazer</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 xml:space="preserve"> da </w:t>
      </w:r>
      <w:proofErr w:type="spellStart"/>
      <w:r w:rsidRPr="00E95314">
        <w:rPr>
          <w:rFonts w:ascii="Arial" w:hAnsi="Arial" w:cs="Arial"/>
          <w:b w:val="0"/>
        </w:rPr>
        <w:t>palavra</w:t>
      </w:r>
      <w:proofErr w:type="spellEnd"/>
      <w:r w:rsidRPr="00E95314">
        <w:rPr>
          <w:rFonts w:ascii="Arial" w:hAnsi="Arial" w:cs="Arial"/>
          <w:b w:val="0"/>
        </w:rPr>
        <w:t xml:space="preserve">, caso queira se manifestar. </w:t>
      </w:r>
      <w:proofErr w:type="spellStart"/>
      <w:r w:rsidRPr="00E95314">
        <w:rPr>
          <w:rFonts w:ascii="Arial" w:hAnsi="Arial" w:cs="Arial"/>
          <w:b w:val="0"/>
        </w:rPr>
        <w:t>Vereador</w:t>
      </w:r>
      <w:proofErr w:type="spellEnd"/>
      <w:r w:rsidRPr="00E95314">
        <w:rPr>
          <w:rFonts w:ascii="Arial" w:hAnsi="Arial" w:cs="Arial"/>
          <w:b w:val="0"/>
        </w:rPr>
        <w:t xml:space="preserve">, 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está</w:t>
      </w:r>
      <w:proofErr w:type="spellEnd"/>
      <w:r w:rsidRPr="00E95314">
        <w:rPr>
          <w:rFonts w:ascii="Arial" w:hAnsi="Arial" w:cs="Arial"/>
          <w:b w:val="0"/>
        </w:rPr>
        <w:t xml:space="preserve"> à </w:t>
      </w:r>
      <w:proofErr w:type="spellStart"/>
      <w:r w:rsidRPr="00E95314">
        <w:rPr>
          <w:rFonts w:ascii="Arial" w:hAnsi="Arial" w:cs="Arial"/>
          <w:b w:val="0"/>
        </w:rPr>
        <w:t>disposição</w:t>
      </w:r>
      <w:proofErr w:type="spellEnd"/>
      <w:r w:rsidRPr="00E95314">
        <w:rPr>
          <w:rFonts w:ascii="Arial" w:hAnsi="Arial" w:cs="Arial"/>
          <w:b w:val="0"/>
        </w:rPr>
        <w:t>.</w:t>
      </w:r>
      <w:r w:rsidR="0037430C" w:rsidRPr="00E95314">
        <w:rPr>
          <w:rFonts w:ascii="Arial" w:hAnsi="Arial" w:cs="Arial"/>
          <w:b w:val="0"/>
        </w:rPr>
        <w:t xml:space="preserve"> </w:t>
      </w:r>
      <w:proofErr w:type="spellStart"/>
      <w:r w:rsidRPr="00E95314">
        <w:rPr>
          <w:rFonts w:ascii="Arial" w:hAnsi="Arial" w:cs="Arial"/>
          <w:b w:val="0"/>
        </w:rPr>
        <w:t>Não</w:t>
      </w:r>
      <w:proofErr w:type="spellEnd"/>
      <w:r w:rsidRPr="00E95314">
        <w:rPr>
          <w:rFonts w:ascii="Arial" w:hAnsi="Arial" w:cs="Arial"/>
          <w:b w:val="0"/>
        </w:rPr>
        <w:t xml:space="preserve"> </w:t>
      </w:r>
      <w:proofErr w:type="spellStart"/>
      <w:r w:rsidRPr="00E95314">
        <w:rPr>
          <w:rFonts w:ascii="Arial" w:hAnsi="Arial" w:cs="Arial"/>
          <w:b w:val="0"/>
        </w:rPr>
        <w:t>fará</w:t>
      </w:r>
      <w:proofErr w:type="spellEnd"/>
      <w:r w:rsidR="0037430C" w:rsidRPr="00E95314">
        <w:rPr>
          <w:rFonts w:ascii="Arial" w:hAnsi="Arial" w:cs="Arial"/>
          <w:b w:val="0"/>
        </w:rPr>
        <w:t xml:space="preserve"> </w:t>
      </w:r>
      <w:proofErr w:type="spellStart"/>
      <w:r w:rsidR="0037430C" w:rsidRPr="00E95314">
        <w:rPr>
          <w:rFonts w:ascii="Arial" w:hAnsi="Arial" w:cs="Arial"/>
          <w:b w:val="0"/>
        </w:rPr>
        <w:t>uso</w:t>
      </w:r>
      <w:proofErr w:type="spellEnd"/>
      <w:r w:rsidRPr="00E95314">
        <w:rPr>
          <w:rFonts w:ascii="Arial" w:hAnsi="Arial" w:cs="Arial"/>
          <w:b w:val="0"/>
        </w:rPr>
        <w:t>.</w:t>
      </w:r>
      <w:r w:rsidR="0037430C" w:rsidRPr="00E95314">
        <w:rPr>
          <w:rFonts w:ascii="Arial" w:hAnsi="Arial" w:cs="Arial"/>
          <w:b w:val="0"/>
        </w:rPr>
        <w:t xml:space="preserve"> </w:t>
      </w:r>
      <w:r w:rsidRPr="00E95314">
        <w:rPr>
          <w:rFonts w:ascii="Arial" w:hAnsi="Arial" w:cs="Arial"/>
          <w:b w:val="0"/>
        </w:rPr>
        <w:t xml:space="preserve">Convido o </w:t>
      </w:r>
      <w:proofErr w:type="spellStart"/>
      <w:r w:rsidRPr="00E95314">
        <w:rPr>
          <w:rFonts w:ascii="Arial" w:hAnsi="Arial" w:cs="Arial"/>
          <w:b w:val="0"/>
        </w:rPr>
        <w:t>vereador</w:t>
      </w:r>
      <w:proofErr w:type="spellEnd"/>
      <w:r w:rsidRPr="00E95314">
        <w:rPr>
          <w:rFonts w:ascii="Arial" w:hAnsi="Arial" w:cs="Arial"/>
          <w:b w:val="0"/>
        </w:rPr>
        <w:t xml:space="preserve"> </w:t>
      </w:r>
      <w:proofErr w:type="spellStart"/>
      <w:r w:rsidRPr="00E95314">
        <w:rPr>
          <w:rFonts w:ascii="Arial" w:hAnsi="Arial" w:cs="Arial"/>
          <w:b w:val="0"/>
        </w:rPr>
        <w:t>N</w:t>
      </w:r>
      <w:r w:rsidR="0037430C" w:rsidRPr="00E95314">
        <w:rPr>
          <w:rFonts w:ascii="Arial" w:hAnsi="Arial" w:cs="Arial"/>
          <w:b w:val="0"/>
        </w:rPr>
        <w:t>erci</w:t>
      </w:r>
      <w:proofErr w:type="spellEnd"/>
      <w:r w:rsidR="0037430C" w:rsidRPr="00E95314">
        <w:rPr>
          <w:rFonts w:ascii="Arial" w:hAnsi="Arial" w:cs="Arial"/>
          <w:b w:val="0"/>
        </w:rPr>
        <w:t xml:space="preserve"> de Souza</w:t>
      </w:r>
      <w:r w:rsidRPr="00E95314">
        <w:rPr>
          <w:rFonts w:ascii="Arial" w:hAnsi="Arial" w:cs="Arial"/>
          <w:b w:val="0"/>
        </w:rPr>
        <w:t xml:space="preserve"> para </w:t>
      </w:r>
      <w:proofErr w:type="spellStart"/>
      <w:r w:rsidRPr="00E95314">
        <w:rPr>
          <w:rFonts w:ascii="Arial" w:hAnsi="Arial" w:cs="Arial"/>
          <w:b w:val="0"/>
        </w:rPr>
        <w:t>fazer</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 xml:space="preserve"> da </w:t>
      </w:r>
      <w:proofErr w:type="spellStart"/>
      <w:r w:rsidRPr="00E95314">
        <w:rPr>
          <w:rFonts w:ascii="Arial" w:hAnsi="Arial" w:cs="Arial"/>
          <w:b w:val="0"/>
        </w:rPr>
        <w:t>palavra</w:t>
      </w:r>
      <w:proofErr w:type="spellEnd"/>
      <w:r w:rsidRPr="00E95314">
        <w:rPr>
          <w:rFonts w:ascii="Arial" w:hAnsi="Arial" w:cs="Arial"/>
          <w:b w:val="0"/>
        </w:rPr>
        <w:t xml:space="preserve"> caso queira se manifestar. </w:t>
      </w:r>
      <w:proofErr w:type="spellStart"/>
      <w:r w:rsidRPr="00E95314">
        <w:rPr>
          <w:rFonts w:ascii="Arial" w:hAnsi="Arial" w:cs="Arial"/>
          <w:b w:val="0"/>
        </w:rPr>
        <w:t>Não</w:t>
      </w:r>
      <w:proofErr w:type="spellEnd"/>
      <w:r w:rsidRPr="00E95314">
        <w:rPr>
          <w:rFonts w:ascii="Arial" w:hAnsi="Arial" w:cs="Arial"/>
          <w:b w:val="0"/>
        </w:rPr>
        <w:t xml:space="preserve"> </w:t>
      </w:r>
      <w:proofErr w:type="spellStart"/>
      <w:r w:rsidRPr="00E95314">
        <w:rPr>
          <w:rFonts w:ascii="Arial" w:hAnsi="Arial" w:cs="Arial"/>
          <w:b w:val="0"/>
        </w:rPr>
        <w:t>fará</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w:t>
      </w:r>
      <w:r w:rsidR="0037430C" w:rsidRPr="00E95314">
        <w:rPr>
          <w:rFonts w:ascii="Arial" w:hAnsi="Arial" w:cs="Arial"/>
          <w:b w:val="0"/>
        </w:rPr>
        <w:t xml:space="preserve"> </w:t>
      </w:r>
      <w:r w:rsidRPr="00E95314">
        <w:rPr>
          <w:rFonts w:ascii="Arial" w:hAnsi="Arial" w:cs="Arial"/>
          <w:b w:val="0"/>
        </w:rPr>
        <w:t xml:space="preserve">Convido a vereadora Gisele </w:t>
      </w:r>
      <w:proofErr w:type="spellStart"/>
      <w:r w:rsidRPr="00E95314">
        <w:rPr>
          <w:rFonts w:ascii="Arial" w:hAnsi="Arial" w:cs="Arial"/>
          <w:b w:val="0"/>
        </w:rPr>
        <w:t>Deggeroni</w:t>
      </w:r>
      <w:proofErr w:type="spellEnd"/>
      <w:r w:rsidRPr="00E95314">
        <w:rPr>
          <w:rFonts w:ascii="Arial" w:hAnsi="Arial" w:cs="Arial"/>
          <w:b w:val="0"/>
        </w:rPr>
        <w:t xml:space="preserve"> Mattiazzi para </w:t>
      </w:r>
      <w:proofErr w:type="spellStart"/>
      <w:r w:rsidRPr="00E95314">
        <w:rPr>
          <w:rFonts w:ascii="Arial" w:hAnsi="Arial" w:cs="Arial"/>
          <w:b w:val="0"/>
        </w:rPr>
        <w:t>fazer</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 xml:space="preserve"> da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caso</w:t>
      </w:r>
      <w:proofErr w:type="spellEnd"/>
      <w:r w:rsidRPr="00E95314">
        <w:rPr>
          <w:rFonts w:ascii="Arial" w:hAnsi="Arial" w:cs="Arial"/>
          <w:b w:val="0"/>
        </w:rPr>
        <w:t xml:space="preserve"> </w:t>
      </w:r>
      <w:proofErr w:type="spellStart"/>
      <w:r w:rsidRPr="00E95314">
        <w:rPr>
          <w:rFonts w:ascii="Arial" w:hAnsi="Arial" w:cs="Arial"/>
          <w:b w:val="0"/>
        </w:rPr>
        <w:t>queira</w:t>
      </w:r>
      <w:proofErr w:type="spellEnd"/>
      <w:r w:rsidRPr="00E95314">
        <w:rPr>
          <w:rFonts w:ascii="Arial" w:hAnsi="Arial" w:cs="Arial"/>
          <w:b w:val="0"/>
        </w:rPr>
        <w:t xml:space="preserve"> se </w:t>
      </w:r>
      <w:proofErr w:type="spellStart"/>
      <w:r w:rsidRPr="00E95314">
        <w:rPr>
          <w:rFonts w:ascii="Arial" w:hAnsi="Arial" w:cs="Arial"/>
          <w:b w:val="0"/>
        </w:rPr>
        <w:t>manifestar</w:t>
      </w:r>
      <w:proofErr w:type="spellEnd"/>
      <w:r w:rsidRPr="00E95314">
        <w:rPr>
          <w:rFonts w:ascii="Arial" w:hAnsi="Arial" w:cs="Arial"/>
          <w:b w:val="0"/>
        </w:rPr>
        <w:t>.</w:t>
      </w:r>
      <w:r w:rsidR="008F2C08" w:rsidRPr="00E95314">
        <w:rPr>
          <w:rFonts w:ascii="Arial" w:hAnsi="Arial" w:cs="Arial"/>
          <w:b w:val="0"/>
        </w:rPr>
        <w:t xml:space="preserve"> </w:t>
      </w:r>
      <w:proofErr w:type="spellStart"/>
      <w:r w:rsidRPr="00E95314">
        <w:rPr>
          <w:rFonts w:ascii="Arial" w:hAnsi="Arial" w:cs="Arial"/>
          <w:b w:val="0"/>
        </w:rPr>
        <w:t>Não</w:t>
      </w:r>
      <w:proofErr w:type="spellEnd"/>
      <w:r w:rsidRPr="00E95314">
        <w:rPr>
          <w:rFonts w:ascii="Arial" w:hAnsi="Arial" w:cs="Arial"/>
          <w:b w:val="0"/>
        </w:rPr>
        <w:t xml:space="preserve"> </w:t>
      </w:r>
      <w:proofErr w:type="spellStart"/>
      <w:r w:rsidRPr="00E95314">
        <w:rPr>
          <w:rFonts w:ascii="Arial" w:hAnsi="Arial" w:cs="Arial"/>
          <w:b w:val="0"/>
        </w:rPr>
        <w:t>fará</w:t>
      </w:r>
      <w:proofErr w:type="spellEnd"/>
      <w:r w:rsidR="008F2C08" w:rsidRPr="00E95314">
        <w:rPr>
          <w:rFonts w:ascii="Arial" w:hAnsi="Arial" w:cs="Arial"/>
          <w:b w:val="0"/>
        </w:rPr>
        <w:t xml:space="preserve"> </w:t>
      </w:r>
      <w:proofErr w:type="spellStart"/>
      <w:r w:rsidR="008F2C08" w:rsidRPr="00E95314">
        <w:rPr>
          <w:rFonts w:ascii="Arial" w:hAnsi="Arial" w:cs="Arial"/>
          <w:b w:val="0"/>
        </w:rPr>
        <w:t>uso</w:t>
      </w:r>
      <w:proofErr w:type="spellEnd"/>
      <w:r w:rsidRPr="00E95314">
        <w:rPr>
          <w:rFonts w:ascii="Arial" w:hAnsi="Arial" w:cs="Arial"/>
          <w:b w:val="0"/>
        </w:rPr>
        <w:t>.</w:t>
      </w:r>
      <w:r w:rsidR="008F2C08" w:rsidRPr="00E95314">
        <w:rPr>
          <w:rFonts w:ascii="Arial" w:hAnsi="Arial" w:cs="Arial"/>
          <w:b w:val="0"/>
        </w:rPr>
        <w:t xml:space="preserve"> </w:t>
      </w:r>
      <w:r w:rsidRPr="00E95314">
        <w:rPr>
          <w:rFonts w:ascii="Arial" w:hAnsi="Arial" w:cs="Arial"/>
          <w:b w:val="0"/>
        </w:rPr>
        <w:t xml:space="preserve">Convido o </w:t>
      </w:r>
      <w:proofErr w:type="spellStart"/>
      <w:r w:rsidRPr="00E95314">
        <w:rPr>
          <w:rFonts w:ascii="Arial" w:hAnsi="Arial" w:cs="Arial"/>
          <w:b w:val="0"/>
        </w:rPr>
        <w:t>vereador</w:t>
      </w:r>
      <w:proofErr w:type="spellEnd"/>
      <w:r w:rsidRPr="00E95314">
        <w:rPr>
          <w:rFonts w:ascii="Arial" w:hAnsi="Arial" w:cs="Arial"/>
          <w:b w:val="0"/>
        </w:rPr>
        <w:t xml:space="preserve"> Flávio Pawlak para </w:t>
      </w:r>
      <w:proofErr w:type="spellStart"/>
      <w:r w:rsidRPr="00E95314">
        <w:rPr>
          <w:rFonts w:ascii="Arial" w:hAnsi="Arial" w:cs="Arial"/>
          <w:b w:val="0"/>
        </w:rPr>
        <w:t>fazer</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 xml:space="preserve"> da </w:t>
      </w:r>
      <w:proofErr w:type="spellStart"/>
      <w:r w:rsidRPr="00E95314">
        <w:rPr>
          <w:rFonts w:ascii="Arial" w:hAnsi="Arial" w:cs="Arial"/>
          <w:b w:val="0"/>
        </w:rPr>
        <w:t>palavra</w:t>
      </w:r>
      <w:proofErr w:type="spellEnd"/>
      <w:r w:rsidRPr="00E95314">
        <w:rPr>
          <w:rFonts w:ascii="Arial" w:hAnsi="Arial" w:cs="Arial"/>
          <w:b w:val="0"/>
        </w:rPr>
        <w:t xml:space="preserve"> </w:t>
      </w:r>
      <w:proofErr w:type="spellStart"/>
      <w:r w:rsidRPr="00E95314">
        <w:rPr>
          <w:rFonts w:ascii="Arial" w:hAnsi="Arial" w:cs="Arial"/>
          <w:b w:val="0"/>
        </w:rPr>
        <w:t>caso</w:t>
      </w:r>
      <w:proofErr w:type="spellEnd"/>
      <w:r w:rsidRPr="00E95314">
        <w:rPr>
          <w:rFonts w:ascii="Arial" w:hAnsi="Arial" w:cs="Arial"/>
          <w:b w:val="0"/>
        </w:rPr>
        <w:t xml:space="preserve"> </w:t>
      </w:r>
      <w:proofErr w:type="spellStart"/>
      <w:r w:rsidRPr="00E95314">
        <w:rPr>
          <w:rFonts w:ascii="Arial" w:hAnsi="Arial" w:cs="Arial"/>
          <w:b w:val="0"/>
        </w:rPr>
        <w:t>queira</w:t>
      </w:r>
      <w:proofErr w:type="spellEnd"/>
      <w:r w:rsidRPr="00E95314">
        <w:rPr>
          <w:rFonts w:ascii="Arial" w:hAnsi="Arial" w:cs="Arial"/>
          <w:b w:val="0"/>
        </w:rPr>
        <w:t xml:space="preserve"> se </w:t>
      </w:r>
      <w:proofErr w:type="spellStart"/>
      <w:r w:rsidRPr="00E95314">
        <w:rPr>
          <w:rFonts w:ascii="Arial" w:hAnsi="Arial" w:cs="Arial"/>
          <w:b w:val="0"/>
        </w:rPr>
        <w:t>manifestar</w:t>
      </w:r>
      <w:proofErr w:type="spellEnd"/>
      <w:r w:rsidRPr="00E95314">
        <w:rPr>
          <w:rFonts w:ascii="Arial" w:hAnsi="Arial" w:cs="Arial"/>
          <w:b w:val="0"/>
        </w:rPr>
        <w:t>.</w:t>
      </w:r>
      <w:r w:rsidR="008F2C08" w:rsidRPr="00E95314">
        <w:rPr>
          <w:rFonts w:ascii="Arial" w:hAnsi="Arial" w:cs="Arial"/>
        </w:rPr>
        <w:t xml:space="preserve"> </w:t>
      </w:r>
      <w:proofErr w:type="spellStart"/>
      <w:r w:rsidRPr="00E95314">
        <w:rPr>
          <w:rFonts w:ascii="Arial" w:hAnsi="Arial" w:cs="Arial"/>
          <w:b w:val="0"/>
        </w:rPr>
        <w:t>Não</w:t>
      </w:r>
      <w:proofErr w:type="spellEnd"/>
      <w:r w:rsidRPr="00E95314">
        <w:rPr>
          <w:rFonts w:ascii="Arial" w:hAnsi="Arial" w:cs="Arial"/>
          <w:b w:val="0"/>
        </w:rPr>
        <w:t xml:space="preserve"> </w:t>
      </w:r>
      <w:proofErr w:type="spellStart"/>
      <w:r w:rsidRPr="00E95314">
        <w:rPr>
          <w:rFonts w:ascii="Arial" w:hAnsi="Arial" w:cs="Arial"/>
          <w:b w:val="0"/>
        </w:rPr>
        <w:t>fará</w:t>
      </w:r>
      <w:proofErr w:type="spellEnd"/>
      <w:r w:rsidR="008F2C08" w:rsidRPr="00E95314">
        <w:rPr>
          <w:rFonts w:ascii="Arial" w:hAnsi="Arial" w:cs="Arial"/>
          <w:b w:val="0"/>
        </w:rPr>
        <w:t xml:space="preserve"> </w:t>
      </w:r>
      <w:proofErr w:type="spellStart"/>
      <w:r w:rsidR="008F2C08" w:rsidRPr="00E95314">
        <w:rPr>
          <w:rFonts w:ascii="Arial" w:hAnsi="Arial" w:cs="Arial"/>
          <w:b w:val="0"/>
        </w:rPr>
        <w:t>uso</w:t>
      </w:r>
      <w:proofErr w:type="spellEnd"/>
      <w:r w:rsidRPr="00E95314">
        <w:rPr>
          <w:rFonts w:ascii="Arial" w:hAnsi="Arial" w:cs="Arial"/>
          <w:b w:val="0"/>
        </w:rPr>
        <w:t>.</w:t>
      </w:r>
      <w:r w:rsidR="008F2C08" w:rsidRPr="00E95314">
        <w:rPr>
          <w:rFonts w:ascii="Arial" w:hAnsi="Arial" w:cs="Arial"/>
          <w:b w:val="0"/>
        </w:rPr>
        <w:t xml:space="preserve"> Convido o </w:t>
      </w:r>
      <w:proofErr w:type="spellStart"/>
      <w:r w:rsidRPr="00E95314">
        <w:rPr>
          <w:rFonts w:ascii="Arial" w:hAnsi="Arial" w:cs="Arial"/>
          <w:b w:val="0"/>
        </w:rPr>
        <w:t>vereador</w:t>
      </w:r>
      <w:proofErr w:type="spellEnd"/>
      <w:r w:rsidRPr="00E95314">
        <w:rPr>
          <w:rFonts w:ascii="Arial" w:hAnsi="Arial" w:cs="Arial"/>
          <w:b w:val="0"/>
        </w:rPr>
        <w:t xml:space="preserve"> </w:t>
      </w:r>
      <w:proofErr w:type="spellStart"/>
      <w:r w:rsidRPr="00E95314">
        <w:rPr>
          <w:rFonts w:ascii="Arial" w:hAnsi="Arial" w:cs="Arial"/>
          <w:b w:val="0"/>
        </w:rPr>
        <w:t>N</w:t>
      </w:r>
      <w:r w:rsidR="008F2C08" w:rsidRPr="00E95314">
        <w:rPr>
          <w:rFonts w:ascii="Arial" w:hAnsi="Arial" w:cs="Arial"/>
          <w:b w:val="0"/>
        </w:rPr>
        <w:t>erci</w:t>
      </w:r>
      <w:proofErr w:type="spellEnd"/>
      <w:r w:rsidR="008F2C08" w:rsidRPr="00E95314">
        <w:rPr>
          <w:rFonts w:ascii="Arial" w:hAnsi="Arial" w:cs="Arial"/>
          <w:b w:val="0"/>
        </w:rPr>
        <w:t xml:space="preserve"> de Souza</w:t>
      </w:r>
      <w:r w:rsidRPr="00E95314">
        <w:rPr>
          <w:rFonts w:ascii="Arial" w:hAnsi="Arial" w:cs="Arial"/>
          <w:b w:val="0"/>
        </w:rPr>
        <w:t xml:space="preserve"> para </w:t>
      </w:r>
      <w:proofErr w:type="spellStart"/>
      <w:r w:rsidRPr="00E95314">
        <w:rPr>
          <w:rFonts w:ascii="Arial" w:hAnsi="Arial" w:cs="Arial"/>
          <w:b w:val="0"/>
        </w:rPr>
        <w:t>conduzir</w:t>
      </w:r>
      <w:proofErr w:type="spellEnd"/>
      <w:r w:rsidRPr="00E95314">
        <w:rPr>
          <w:rFonts w:ascii="Arial" w:hAnsi="Arial" w:cs="Arial"/>
          <w:b w:val="0"/>
        </w:rPr>
        <w:t xml:space="preserve"> </w:t>
      </w:r>
      <w:proofErr w:type="spellStart"/>
      <w:r w:rsidRPr="00E95314">
        <w:rPr>
          <w:rFonts w:ascii="Arial" w:hAnsi="Arial" w:cs="Arial"/>
          <w:b w:val="0"/>
        </w:rPr>
        <w:t>os</w:t>
      </w:r>
      <w:proofErr w:type="spellEnd"/>
      <w:r w:rsidRPr="00E95314">
        <w:rPr>
          <w:rFonts w:ascii="Arial" w:hAnsi="Arial" w:cs="Arial"/>
          <w:b w:val="0"/>
        </w:rPr>
        <w:t xml:space="preserve"> </w:t>
      </w:r>
      <w:proofErr w:type="spellStart"/>
      <w:r w:rsidRPr="00E95314">
        <w:rPr>
          <w:rFonts w:ascii="Arial" w:hAnsi="Arial" w:cs="Arial"/>
          <w:b w:val="0"/>
        </w:rPr>
        <w:t>trabalhos</w:t>
      </w:r>
      <w:proofErr w:type="spellEnd"/>
      <w:r w:rsidRPr="00E95314">
        <w:rPr>
          <w:rFonts w:ascii="Arial" w:hAnsi="Arial" w:cs="Arial"/>
          <w:b w:val="0"/>
        </w:rPr>
        <w:t xml:space="preserve"> da mesa </w:t>
      </w:r>
      <w:proofErr w:type="spellStart"/>
      <w:r w:rsidRPr="00E95314">
        <w:rPr>
          <w:rFonts w:ascii="Arial" w:hAnsi="Arial" w:cs="Arial"/>
          <w:b w:val="0"/>
        </w:rPr>
        <w:t>onde</w:t>
      </w:r>
      <w:proofErr w:type="spellEnd"/>
      <w:r w:rsidRPr="00E95314">
        <w:rPr>
          <w:rFonts w:ascii="Arial" w:hAnsi="Arial" w:cs="Arial"/>
          <w:b w:val="0"/>
        </w:rPr>
        <w:t xml:space="preserve"> o </w:t>
      </w:r>
      <w:proofErr w:type="spellStart"/>
      <w:r w:rsidRPr="00E95314">
        <w:rPr>
          <w:rFonts w:ascii="Arial" w:hAnsi="Arial" w:cs="Arial"/>
          <w:b w:val="0"/>
        </w:rPr>
        <w:t>presidente</w:t>
      </w:r>
      <w:proofErr w:type="spellEnd"/>
      <w:r w:rsidRPr="00E95314">
        <w:rPr>
          <w:rFonts w:ascii="Arial" w:hAnsi="Arial" w:cs="Arial"/>
          <w:b w:val="0"/>
        </w:rPr>
        <w:t xml:space="preserve"> </w:t>
      </w:r>
      <w:proofErr w:type="spellStart"/>
      <w:r w:rsidRPr="00E95314">
        <w:rPr>
          <w:rFonts w:ascii="Arial" w:hAnsi="Arial" w:cs="Arial"/>
          <w:b w:val="0"/>
        </w:rPr>
        <w:t>fará</w:t>
      </w:r>
      <w:proofErr w:type="spellEnd"/>
      <w:r w:rsidRPr="00E95314">
        <w:rPr>
          <w:rFonts w:ascii="Arial" w:hAnsi="Arial" w:cs="Arial"/>
          <w:b w:val="0"/>
        </w:rPr>
        <w:t xml:space="preserve"> </w:t>
      </w:r>
      <w:proofErr w:type="spellStart"/>
      <w:r w:rsidRPr="00E95314">
        <w:rPr>
          <w:rFonts w:ascii="Arial" w:hAnsi="Arial" w:cs="Arial"/>
          <w:b w:val="0"/>
        </w:rPr>
        <w:t>uso</w:t>
      </w:r>
      <w:proofErr w:type="spellEnd"/>
      <w:r w:rsidRPr="00E95314">
        <w:rPr>
          <w:rFonts w:ascii="Arial" w:hAnsi="Arial" w:cs="Arial"/>
          <w:b w:val="0"/>
        </w:rPr>
        <w:t xml:space="preserve"> da </w:t>
      </w:r>
      <w:proofErr w:type="spellStart"/>
      <w:r w:rsidRPr="00E95314">
        <w:rPr>
          <w:rFonts w:ascii="Arial" w:hAnsi="Arial" w:cs="Arial"/>
          <w:b w:val="0"/>
        </w:rPr>
        <w:t>tribuna</w:t>
      </w:r>
      <w:proofErr w:type="spellEnd"/>
      <w:r w:rsidRPr="00E95314">
        <w:rPr>
          <w:rFonts w:ascii="Arial" w:hAnsi="Arial" w:cs="Arial"/>
          <w:b w:val="0"/>
        </w:rPr>
        <w:t>.</w:t>
      </w:r>
      <w:r w:rsidR="008F2C08" w:rsidRPr="00E95314">
        <w:rPr>
          <w:rFonts w:ascii="Arial" w:hAnsi="Arial" w:cs="Arial"/>
          <w:b w:val="0"/>
        </w:rPr>
        <w:t xml:space="preserve"> Com a </w:t>
      </w:r>
      <w:proofErr w:type="spellStart"/>
      <w:r w:rsidR="008F2C08" w:rsidRPr="00E95314">
        <w:rPr>
          <w:rFonts w:ascii="Arial" w:hAnsi="Arial" w:cs="Arial"/>
          <w:b w:val="0"/>
        </w:rPr>
        <w:t>palavra</w:t>
      </w:r>
      <w:proofErr w:type="spellEnd"/>
      <w:r w:rsidR="008F2C08" w:rsidRPr="00E95314">
        <w:rPr>
          <w:rFonts w:ascii="Arial" w:hAnsi="Arial" w:cs="Arial"/>
          <w:b w:val="0"/>
        </w:rPr>
        <w:t xml:space="preserve"> o Presidente </w:t>
      </w:r>
      <w:proofErr w:type="spellStart"/>
      <w:r w:rsidR="008F2C08" w:rsidRPr="00E95314">
        <w:rPr>
          <w:rFonts w:ascii="Arial" w:hAnsi="Arial" w:cs="Arial"/>
          <w:b w:val="0"/>
        </w:rPr>
        <w:t>cumprimentou</w:t>
      </w:r>
      <w:proofErr w:type="spellEnd"/>
      <w:r w:rsidR="008F2C08" w:rsidRPr="00E95314">
        <w:rPr>
          <w:rFonts w:ascii="Arial" w:hAnsi="Arial" w:cs="Arial"/>
          <w:b w:val="0"/>
        </w:rPr>
        <w:t xml:space="preserve"> </w:t>
      </w:r>
      <w:proofErr w:type="spellStart"/>
      <w:r w:rsidR="008F2C08" w:rsidRPr="00E95314">
        <w:rPr>
          <w:rFonts w:ascii="Arial" w:hAnsi="Arial" w:cs="Arial"/>
          <w:b w:val="0"/>
        </w:rPr>
        <w:t>os</w:t>
      </w:r>
      <w:proofErr w:type="spellEnd"/>
      <w:r w:rsidR="008F2C08" w:rsidRPr="00E95314">
        <w:rPr>
          <w:rFonts w:ascii="Arial" w:hAnsi="Arial" w:cs="Arial"/>
          <w:b w:val="0"/>
        </w:rPr>
        <w:t xml:space="preserve"> </w:t>
      </w:r>
      <w:proofErr w:type="spellStart"/>
      <w:r w:rsidR="008F2C08" w:rsidRPr="00E95314">
        <w:rPr>
          <w:rFonts w:ascii="Arial" w:hAnsi="Arial" w:cs="Arial"/>
          <w:b w:val="0"/>
        </w:rPr>
        <w:t>colegas</w:t>
      </w:r>
      <w:proofErr w:type="spellEnd"/>
      <w:r w:rsidRPr="00E95314">
        <w:rPr>
          <w:rFonts w:ascii="Arial" w:hAnsi="Arial" w:cs="Arial"/>
          <w:b w:val="0"/>
        </w:rPr>
        <w:t xml:space="preserve"> </w:t>
      </w:r>
      <w:proofErr w:type="spellStart"/>
      <w:r w:rsidRPr="00E95314">
        <w:rPr>
          <w:rFonts w:ascii="Arial" w:hAnsi="Arial" w:cs="Arial"/>
          <w:b w:val="0"/>
        </w:rPr>
        <w:t>vereadores</w:t>
      </w:r>
      <w:proofErr w:type="spellEnd"/>
      <w:r w:rsidRPr="00E95314">
        <w:rPr>
          <w:rFonts w:ascii="Arial" w:hAnsi="Arial" w:cs="Arial"/>
          <w:b w:val="0"/>
        </w:rPr>
        <w:t xml:space="preserve">, </w:t>
      </w:r>
      <w:proofErr w:type="spellStart"/>
      <w:r w:rsidRPr="00E95314">
        <w:rPr>
          <w:rFonts w:ascii="Arial" w:hAnsi="Arial" w:cs="Arial"/>
          <w:b w:val="0"/>
        </w:rPr>
        <w:t>vereadoras</w:t>
      </w:r>
      <w:proofErr w:type="spellEnd"/>
      <w:r w:rsidRPr="00E95314">
        <w:rPr>
          <w:rFonts w:ascii="Arial" w:hAnsi="Arial" w:cs="Arial"/>
          <w:b w:val="0"/>
        </w:rPr>
        <w:t xml:space="preserve">, </w:t>
      </w:r>
      <w:proofErr w:type="spellStart"/>
      <w:r w:rsidRPr="00E95314">
        <w:rPr>
          <w:rFonts w:ascii="Arial" w:hAnsi="Arial" w:cs="Arial"/>
          <w:b w:val="0"/>
        </w:rPr>
        <w:t>comunidade</w:t>
      </w:r>
      <w:proofErr w:type="spellEnd"/>
      <w:r w:rsidRPr="00E95314">
        <w:rPr>
          <w:rFonts w:ascii="Arial" w:hAnsi="Arial" w:cs="Arial"/>
          <w:b w:val="0"/>
        </w:rPr>
        <w:t xml:space="preserve"> que </w:t>
      </w:r>
      <w:proofErr w:type="spellStart"/>
      <w:r w:rsidRPr="00E95314">
        <w:rPr>
          <w:rFonts w:ascii="Arial" w:hAnsi="Arial" w:cs="Arial"/>
          <w:b w:val="0"/>
        </w:rPr>
        <w:t>acompanha</w:t>
      </w:r>
      <w:proofErr w:type="spellEnd"/>
      <w:r w:rsidR="008F2C08" w:rsidRPr="00E95314">
        <w:rPr>
          <w:rFonts w:ascii="Arial" w:hAnsi="Arial" w:cs="Arial"/>
          <w:b w:val="0"/>
        </w:rPr>
        <w:t xml:space="preserve"> a </w:t>
      </w:r>
      <w:proofErr w:type="spellStart"/>
      <w:r w:rsidR="008F2C08" w:rsidRPr="00E95314">
        <w:rPr>
          <w:rFonts w:ascii="Arial" w:hAnsi="Arial" w:cs="Arial"/>
          <w:b w:val="0"/>
        </w:rPr>
        <w:t>sessão</w:t>
      </w:r>
      <w:proofErr w:type="spellEnd"/>
      <w:r w:rsidR="008F2C08" w:rsidRPr="00E95314">
        <w:rPr>
          <w:rFonts w:ascii="Arial" w:hAnsi="Arial" w:cs="Arial"/>
          <w:b w:val="0"/>
        </w:rPr>
        <w:t xml:space="preserve"> </w:t>
      </w:r>
      <w:proofErr w:type="spellStart"/>
      <w:r w:rsidR="008F2C08" w:rsidRPr="00E95314">
        <w:rPr>
          <w:rFonts w:ascii="Arial" w:hAnsi="Arial" w:cs="Arial"/>
          <w:b w:val="0"/>
        </w:rPr>
        <w:t>nas</w:t>
      </w:r>
      <w:proofErr w:type="spellEnd"/>
      <w:r w:rsidR="008F2C08" w:rsidRPr="00E95314">
        <w:rPr>
          <w:rFonts w:ascii="Arial" w:hAnsi="Arial" w:cs="Arial"/>
          <w:b w:val="0"/>
        </w:rPr>
        <w:t xml:space="preserve"> redes </w:t>
      </w:r>
      <w:proofErr w:type="spellStart"/>
      <w:r w:rsidR="008F2C08" w:rsidRPr="00E95314">
        <w:rPr>
          <w:rFonts w:ascii="Arial" w:hAnsi="Arial" w:cs="Arial"/>
          <w:b w:val="0"/>
        </w:rPr>
        <w:t>sociais</w:t>
      </w:r>
      <w:proofErr w:type="spellEnd"/>
      <w:r w:rsidRPr="00E95314">
        <w:rPr>
          <w:rFonts w:ascii="Arial" w:hAnsi="Arial" w:cs="Arial"/>
          <w:b w:val="0"/>
        </w:rPr>
        <w:t xml:space="preserve">. </w:t>
      </w:r>
      <w:proofErr w:type="spellStart"/>
      <w:r w:rsidRPr="00E95314">
        <w:rPr>
          <w:rFonts w:ascii="Arial" w:hAnsi="Arial" w:cs="Arial"/>
          <w:b w:val="0"/>
        </w:rPr>
        <w:t>Queria</w:t>
      </w:r>
      <w:proofErr w:type="spellEnd"/>
      <w:r w:rsidRPr="00E95314">
        <w:rPr>
          <w:rFonts w:ascii="Arial" w:hAnsi="Arial" w:cs="Arial"/>
          <w:b w:val="0"/>
        </w:rPr>
        <w:t xml:space="preserve"> </w:t>
      </w:r>
      <w:proofErr w:type="spellStart"/>
      <w:r w:rsidRPr="00E95314">
        <w:rPr>
          <w:rFonts w:ascii="Arial" w:hAnsi="Arial" w:cs="Arial"/>
          <w:b w:val="0"/>
        </w:rPr>
        <w:t>dividir</w:t>
      </w:r>
      <w:proofErr w:type="spellEnd"/>
      <w:r w:rsidRPr="00E95314">
        <w:rPr>
          <w:rFonts w:ascii="Arial" w:hAnsi="Arial" w:cs="Arial"/>
          <w:b w:val="0"/>
        </w:rPr>
        <w:t xml:space="preserve"> </w:t>
      </w:r>
      <w:proofErr w:type="spellStart"/>
      <w:r w:rsidRPr="00E95314">
        <w:rPr>
          <w:rFonts w:ascii="Arial" w:hAnsi="Arial" w:cs="Arial"/>
          <w:b w:val="0"/>
        </w:rPr>
        <w:t>minha</w:t>
      </w:r>
      <w:proofErr w:type="spellEnd"/>
      <w:r w:rsidRPr="00E95314">
        <w:rPr>
          <w:rFonts w:ascii="Arial" w:hAnsi="Arial" w:cs="Arial"/>
          <w:b w:val="0"/>
        </w:rPr>
        <w:t xml:space="preserve"> </w:t>
      </w:r>
      <w:proofErr w:type="spellStart"/>
      <w:r w:rsidRPr="00E95314">
        <w:rPr>
          <w:rFonts w:ascii="Arial" w:hAnsi="Arial" w:cs="Arial"/>
          <w:b w:val="0"/>
        </w:rPr>
        <w:t>fala</w:t>
      </w:r>
      <w:proofErr w:type="spellEnd"/>
      <w:r w:rsidRPr="00E95314">
        <w:rPr>
          <w:rFonts w:ascii="Arial" w:hAnsi="Arial" w:cs="Arial"/>
          <w:b w:val="0"/>
        </w:rPr>
        <w:t xml:space="preserve"> </w:t>
      </w:r>
      <w:proofErr w:type="spellStart"/>
      <w:r w:rsidRPr="00E95314">
        <w:rPr>
          <w:rFonts w:ascii="Arial" w:hAnsi="Arial" w:cs="Arial"/>
          <w:b w:val="0"/>
        </w:rPr>
        <w:t>aqui</w:t>
      </w:r>
      <w:proofErr w:type="spellEnd"/>
      <w:r w:rsidRPr="00E95314">
        <w:rPr>
          <w:rFonts w:ascii="Arial" w:hAnsi="Arial" w:cs="Arial"/>
          <w:b w:val="0"/>
        </w:rPr>
        <w:t xml:space="preserve"> </w:t>
      </w:r>
      <w:proofErr w:type="spellStart"/>
      <w:r w:rsidRPr="00E95314">
        <w:rPr>
          <w:rFonts w:ascii="Arial" w:hAnsi="Arial" w:cs="Arial"/>
          <w:b w:val="0"/>
        </w:rPr>
        <w:t>em</w:t>
      </w:r>
      <w:proofErr w:type="spellEnd"/>
      <w:r w:rsidRPr="00E95314">
        <w:rPr>
          <w:rFonts w:ascii="Arial" w:hAnsi="Arial" w:cs="Arial"/>
          <w:b w:val="0"/>
        </w:rPr>
        <w:t xml:space="preserve"> </w:t>
      </w:r>
      <w:proofErr w:type="spellStart"/>
      <w:r w:rsidRPr="00E95314">
        <w:rPr>
          <w:rFonts w:ascii="Arial" w:hAnsi="Arial" w:cs="Arial"/>
          <w:b w:val="0"/>
        </w:rPr>
        <w:t>quatro</w:t>
      </w:r>
      <w:proofErr w:type="spellEnd"/>
      <w:r w:rsidRPr="00E95314">
        <w:rPr>
          <w:rFonts w:ascii="Arial" w:hAnsi="Arial" w:cs="Arial"/>
          <w:b w:val="0"/>
        </w:rPr>
        <w:t xml:space="preserve"> </w:t>
      </w:r>
      <w:proofErr w:type="spellStart"/>
      <w:r w:rsidRPr="00E95314">
        <w:rPr>
          <w:rFonts w:ascii="Arial" w:hAnsi="Arial" w:cs="Arial"/>
          <w:b w:val="0"/>
        </w:rPr>
        <w:t>tópicos</w:t>
      </w:r>
      <w:proofErr w:type="spellEnd"/>
      <w:r w:rsidRPr="00E95314">
        <w:rPr>
          <w:rFonts w:ascii="Arial" w:hAnsi="Arial" w:cs="Arial"/>
          <w:b w:val="0"/>
        </w:rPr>
        <w:t xml:space="preserve">. Dia </w:t>
      </w:r>
      <w:proofErr w:type="spellStart"/>
      <w:r w:rsidR="008F2C08" w:rsidRPr="00E95314">
        <w:rPr>
          <w:rFonts w:ascii="Arial" w:hAnsi="Arial" w:cs="Arial"/>
          <w:b w:val="0"/>
        </w:rPr>
        <w:t>dois</w:t>
      </w:r>
      <w:proofErr w:type="spellEnd"/>
      <w:r w:rsidRPr="00E95314">
        <w:rPr>
          <w:rFonts w:ascii="Arial" w:hAnsi="Arial" w:cs="Arial"/>
          <w:b w:val="0"/>
        </w:rPr>
        <w:t>, quinta-</w:t>
      </w:r>
      <w:proofErr w:type="spellStart"/>
      <w:r w:rsidRPr="00E95314">
        <w:rPr>
          <w:rFonts w:ascii="Arial" w:hAnsi="Arial" w:cs="Arial"/>
          <w:b w:val="0"/>
        </w:rPr>
        <w:t>feira</w:t>
      </w:r>
      <w:proofErr w:type="spellEnd"/>
      <w:r w:rsidRPr="00E95314">
        <w:rPr>
          <w:rFonts w:ascii="Arial" w:hAnsi="Arial" w:cs="Arial"/>
          <w:b w:val="0"/>
        </w:rPr>
        <w:t xml:space="preserve">, </w:t>
      </w:r>
      <w:proofErr w:type="spellStart"/>
      <w:r w:rsidRPr="00E95314">
        <w:rPr>
          <w:rFonts w:ascii="Arial" w:hAnsi="Arial" w:cs="Arial"/>
          <w:b w:val="0"/>
        </w:rPr>
        <w:t>foi</w:t>
      </w:r>
      <w:proofErr w:type="spellEnd"/>
      <w:r w:rsidRPr="00E95314">
        <w:rPr>
          <w:rFonts w:ascii="Arial" w:hAnsi="Arial" w:cs="Arial"/>
          <w:b w:val="0"/>
        </w:rPr>
        <w:t xml:space="preserve"> o lançamento da FICAT, onde vários vereadores estavam presentes. </w:t>
      </w:r>
      <w:r w:rsidR="008F2C08" w:rsidRPr="00E95314">
        <w:rPr>
          <w:rFonts w:ascii="Arial" w:hAnsi="Arial" w:cs="Arial"/>
          <w:b w:val="0"/>
        </w:rPr>
        <w:t xml:space="preserve">O </w:t>
      </w:r>
      <w:proofErr w:type="spellStart"/>
      <w:r w:rsidR="008F2C08" w:rsidRPr="00E95314">
        <w:rPr>
          <w:rFonts w:ascii="Arial" w:hAnsi="Arial" w:cs="Arial"/>
          <w:b w:val="0"/>
        </w:rPr>
        <w:t>evento</w:t>
      </w:r>
      <w:proofErr w:type="spellEnd"/>
      <w:r w:rsidR="008F2C08" w:rsidRPr="00E95314">
        <w:rPr>
          <w:rFonts w:ascii="Arial" w:hAnsi="Arial" w:cs="Arial"/>
          <w:b w:val="0"/>
        </w:rPr>
        <w:t xml:space="preserve"> </w:t>
      </w:r>
      <w:proofErr w:type="spellStart"/>
      <w:r w:rsidR="008F2C08" w:rsidRPr="00E95314">
        <w:rPr>
          <w:rFonts w:ascii="Arial" w:hAnsi="Arial" w:cs="Arial"/>
          <w:b w:val="0"/>
        </w:rPr>
        <w:t>aconteceu</w:t>
      </w:r>
      <w:proofErr w:type="spellEnd"/>
      <w:r w:rsidR="008F2C08" w:rsidRPr="00E95314">
        <w:rPr>
          <w:rFonts w:ascii="Arial" w:hAnsi="Arial" w:cs="Arial"/>
          <w:b w:val="0"/>
        </w:rPr>
        <w:t xml:space="preserve"> no </w:t>
      </w:r>
      <w:r w:rsidRPr="00E95314">
        <w:rPr>
          <w:rFonts w:ascii="Arial" w:hAnsi="Arial" w:cs="Arial"/>
          <w:b w:val="0"/>
        </w:rPr>
        <w:t xml:space="preserve">Clube </w:t>
      </w:r>
      <w:proofErr w:type="spellStart"/>
      <w:r w:rsidRPr="00E95314">
        <w:rPr>
          <w:rFonts w:ascii="Arial" w:hAnsi="Arial" w:cs="Arial"/>
          <w:b w:val="0"/>
        </w:rPr>
        <w:t>União</w:t>
      </w:r>
      <w:proofErr w:type="spellEnd"/>
      <w:r w:rsidRPr="00E95314">
        <w:rPr>
          <w:rFonts w:ascii="Arial" w:hAnsi="Arial" w:cs="Arial"/>
          <w:b w:val="0"/>
        </w:rPr>
        <w:t xml:space="preserve">, </w:t>
      </w:r>
      <w:r w:rsidR="008F2C08" w:rsidRPr="00E95314">
        <w:rPr>
          <w:rFonts w:ascii="Arial" w:hAnsi="Arial" w:cs="Arial"/>
          <w:b w:val="0"/>
        </w:rPr>
        <w:t xml:space="preserve">e </w:t>
      </w:r>
      <w:proofErr w:type="spellStart"/>
      <w:r w:rsidR="008F2C08" w:rsidRPr="00E95314">
        <w:rPr>
          <w:rFonts w:ascii="Arial" w:hAnsi="Arial" w:cs="Arial"/>
          <w:b w:val="0"/>
        </w:rPr>
        <w:t>foi</w:t>
      </w:r>
      <w:proofErr w:type="spellEnd"/>
      <w:r w:rsidR="008F2C08" w:rsidRPr="00E95314">
        <w:rPr>
          <w:rFonts w:ascii="Arial" w:hAnsi="Arial" w:cs="Arial"/>
          <w:b w:val="0"/>
        </w:rPr>
        <w:t xml:space="preserve"> u</w:t>
      </w:r>
      <w:r w:rsidRPr="00E95314">
        <w:rPr>
          <w:rFonts w:ascii="Arial" w:hAnsi="Arial" w:cs="Arial"/>
          <w:b w:val="0"/>
        </w:rPr>
        <w:t xml:space="preserve">m </w:t>
      </w:r>
      <w:proofErr w:type="spellStart"/>
      <w:r w:rsidRPr="00E95314">
        <w:rPr>
          <w:rFonts w:ascii="Arial" w:hAnsi="Arial" w:cs="Arial"/>
          <w:b w:val="0"/>
        </w:rPr>
        <w:t>evento</w:t>
      </w:r>
      <w:proofErr w:type="spellEnd"/>
      <w:r w:rsidRPr="00E95314">
        <w:rPr>
          <w:rFonts w:ascii="Arial" w:hAnsi="Arial" w:cs="Arial"/>
          <w:b w:val="0"/>
        </w:rPr>
        <w:t xml:space="preserve"> </w:t>
      </w:r>
      <w:proofErr w:type="spellStart"/>
      <w:r w:rsidRPr="00E95314">
        <w:rPr>
          <w:rFonts w:ascii="Arial" w:hAnsi="Arial" w:cs="Arial"/>
          <w:b w:val="0"/>
        </w:rPr>
        <w:t>maravilhoso</w:t>
      </w:r>
      <w:proofErr w:type="spellEnd"/>
      <w:r w:rsidRPr="00E95314">
        <w:rPr>
          <w:rFonts w:ascii="Arial" w:hAnsi="Arial" w:cs="Arial"/>
          <w:b w:val="0"/>
        </w:rPr>
        <w:t xml:space="preserve">. A FICAT é uma vitrine de potencialidade do nosso município. Essa feira representa o nosso município, onde o comércio, </w:t>
      </w:r>
      <w:proofErr w:type="gramStart"/>
      <w:r w:rsidRPr="00E95314">
        <w:rPr>
          <w:rFonts w:ascii="Arial" w:hAnsi="Arial" w:cs="Arial"/>
          <w:b w:val="0"/>
        </w:rPr>
        <w:t>a</w:t>
      </w:r>
      <w:proofErr w:type="gramEnd"/>
      <w:r w:rsidRPr="00E95314">
        <w:rPr>
          <w:rFonts w:ascii="Arial" w:hAnsi="Arial" w:cs="Arial"/>
          <w:b w:val="0"/>
        </w:rPr>
        <w:t xml:space="preserve"> indústria e o agro mostram o que tem de melhor da nossa gente. </w:t>
      </w:r>
      <w:proofErr w:type="spellStart"/>
      <w:r w:rsidR="008F2C08" w:rsidRPr="00E95314">
        <w:rPr>
          <w:rFonts w:ascii="Arial" w:hAnsi="Arial" w:cs="Arial"/>
          <w:b w:val="0"/>
        </w:rPr>
        <w:t>C</w:t>
      </w:r>
      <w:r w:rsidRPr="00E95314">
        <w:rPr>
          <w:rFonts w:ascii="Arial" w:hAnsi="Arial" w:cs="Arial"/>
          <w:b w:val="0"/>
        </w:rPr>
        <w:t>onsultando</w:t>
      </w:r>
      <w:proofErr w:type="spellEnd"/>
      <w:r w:rsidRPr="00E95314">
        <w:rPr>
          <w:rFonts w:ascii="Arial" w:hAnsi="Arial" w:cs="Arial"/>
          <w:b w:val="0"/>
        </w:rPr>
        <w:t xml:space="preserve"> a </w:t>
      </w:r>
      <w:proofErr w:type="spellStart"/>
      <w:r w:rsidRPr="00E95314">
        <w:rPr>
          <w:rFonts w:ascii="Arial" w:hAnsi="Arial" w:cs="Arial"/>
          <w:b w:val="0"/>
        </w:rPr>
        <w:t>página</w:t>
      </w:r>
      <w:proofErr w:type="spellEnd"/>
      <w:r w:rsidRPr="00E95314">
        <w:rPr>
          <w:rFonts w:ascii="Arial" w:hAnsi="Arial" w:cs="Arial"/>
          <w:b w:val="0"/>
        </w:rPr>
        <w:t xml:space="preserve"> da FICAT, </w:t>
      </w:r>
      <w:proofErr w:type="spellStart"/>
      <w:r w:rsidRPr="00E95314">
        <w:rPr>
          <w:rFonts w:ascii="Arial" w:hAnsi="Arial" w:cs="Arial"/>
          <w:b w:val="0"/>
        </w:rPr>
        <w:t>são</w:t>
      </w:r>
      <w:proofErr w:type="spellEnd"/>
      <w:r w:rsidRPr="00E95314">
        <w:rPr>
          <w:rFonts w:ascii="Arial" w:hAnsi="Arial" w:cs="Arial"/>
          <w:b w:val="0"/>
        </w:rPr>
        <w:t xml:space="preserve"> </w:t>
      </w:r>
      <w:proofErr w:type="spellStart"/>
      <w:r w:rsidRPr="00E95314">
        <w:rPr>
          <w:rFonts w:ascii="Arial" w:hAnsi="Arial" w:cs="Arial"/>
          <w:b w:val="0"/>
        </w:rPr>
        <w:t>esperados</w:t>
      </w:r>
      <w:proofErr w:type="spellEnd"/>
      <w:r w:rsidRPr="00E95314">
        <w:rPr>
          <w:rFonts w:ascii="Arial" w:hAnsi="Arial" w:cs="Arial"/>
          <w:b w:val="0"/>
        </w:rPr>
        <w:t xml:space="preserve"> 45 mil </w:t>
      </w:r>
      <w:proofErr w:type="spellStart"/>
      <w:r w:rsidRPr="00E95314">
        <w:rPr>
          <w:rFonts w:ascii="Arial" w:hAnsi="Arial" w:cs="Arial"/>
          <w:b w:val="0"/>
        </w:rPr>
        <w:t>visitantes</w:t>
      </w:r>
      <w:proofErr w:type="spellEnd"/>
      <w:r w:rsidRPr="00E95314">
        <w:rPr>
          <w:rFonts w:ascii="Arial" w:hAnsi="Arial" w:cs="Arial"/>
          <w:b w:val="0"/>
        </w:rPr>
        <w:t xml:space="preserve">, </w:t>
      </w:r>
      <w:proofErr w:type="spellStart"/>
      <w:r w:rsidRPr="00E95314">
        <w:rPr>
          <w:rFonts w:ascii="Arial" w:hAnsi="Arial" w:cs="Arial"/>
          <w:b w:val="0"/>
        </w:rPr>
        <w:t>não</w:t>
      </w:r>
      <w:proofErr w:type="spellEnd"/>
      <w:r w:rsidRPr="00E95314">
        <w:rPr>
          <w:rFonts w:ascii="Arial" w:hAnsi="Arial" w:cs="Arial"/>
          <w:b w:val="0"/>
        </w:rPr>
        <w:t xml:space="preserve"> é </w:t>
      </w:r>
      <w:proofErr w:type="spellStart"/>
      <w:r w:rsidRPr="00E95314">
        <w:rPr>
          <w:rFonts w:ascii="Arial" w:hAnsi="Arial" w:cs="Arial"/>
          <w:b w:val="0"/>
        </w:rPr>
        <w:t>pouca</w:t>
      </w:r>
      <w:proofErr w:type="spellEnd"/>
      <w:r w:rsidRPr="00E95314">
        <w:rPr>
          <w:rFonts w:ascii="Arial" w:hAnsi="Arial" w:cs="Arial"/>
          <w:b w:val="0"/>
        </w:rPr>
        <w:t xml:space="preserve"> </w:t>
      </w:r>
      <w:proofErr w:type="spellStart"/>
      <w:r w:rsidRPr="00E95314">
        <w:rPr>
          <w:rFonts w:ascii="Arial" w:hAnsi="Arial" w:cs="Arial"/>
          <w:b w:val="0"/>
        </w:rPr>
        <w:t>coisa</w:t>
      </w:r>
      <w:proofErr w:type="spellEnd"/>
      <w:r w:rsidRPr="00E95314">
        <w:rPr>
          <w:rFonts w:ascii="Arial" w:hAnsi="Arial" w:cs="Arial"/>
          <w:b w:val="0"/>
        </w:rPr>
        <w:t xml:space="preserve">. São visitantes de várias partes do nosso estado que vêm aqui conhecer nossa terra, nosso lugar. Mais de 200 expositores onde vão mostrar seus trabalhos, seus produtos, gerar renda para o nosso município. Mais de 100 voluntários que dedicaram seu tempo, seu conhecimento, para que isso se tornasse realidade. Então é orgulho, gente. Orgulho dessa feira. Segundo </w:t>
      </w:r>
      <w:proofErr w:type="spellStart"/>
      <w:r w:rsidRPr="00E95314">
        <w:rPr>
          <w:rFonts w:ascii="Arial" w:hAnsi="Arial" w:cs="Arial"/>
          <w:b w:val="0"/>
        </w:rPr>
        <w:t>evento</w:t>
      </w:r>
      <w:proofErr w:type="spellEnd"/>
      <w:r w:rsidRPr="00E95314">
        <w:rPr>
          <w:rFonts w:ascii="Arial" w:hAnsi="Arial" w:cs="Arial"/>
          <w:b w:val="0"/>
        </w:rPr>
        <w:t xml:space="preserve"> que </w:t>
      </w:r>
      <w:proofErr w:type="spellStart"/>
      <w:r w:rsidRPr="00E95314">
        <w:rPr>
          <w:rFonts w:ascii="Arial" w:hAnsi="Arial" w:cs="Arial"/>
          <w:b w:val="0"/>
        </w:rPr>
        <w:t>eu</w:t>
      </w:r>
      <w:proofErr w:type="spellEnd"/>
      <w:r w:rsidRPr="00E95314">
        <w:rPr>
          <w:rFonts w:ascii="Arial" w:hAnsi="Arial" w:cs="Arial"/>
          <w:b w:val="0"/>
        </w:rPr>
        <w:t xml:space="preserve"> </w:t>
      </w:r>
      <w:proofErr w:type="spellStart"/>
      <w:r w:rsidRPr="00E95314">
        <w:rPr>
          <w:rFonts w:ascii="Arial" w:hAnsi="Arial" w:cs="Arial"/>
          <w:b w:val="0"/>
        </w:rPr>
        <w:t>participei</w:t>
      </w:r>
      <w:proofErr w:type="spellEnd"/>
      <w:r w:rsidRPr="00E95314">
        <w:rPr>
          <w:rFonts w:ascii="Arial" w:hAnsi="Arial" w:cs="Arial"/>
          <w:b w:val="0"/>
        </w:rPr>
        <w:t xml:space="preserve"> </w:t>
      </w:r>
      <w:proofErr w:type="spellStart"/>
      <w:r w:rsidRPr="00E95314">
        <w:rPr>
          <w:rFonts w:ascii="Arial" w:hAnsi="Arial" w:cs="Arial"/>
          <w:b w:val="0"/>
        </w:rPr>
        <w:t>domingo</w:t>
      </w:r>
      <w:proofErr w:type="spellEnd"/>
      <w:r w:rsidRPr="00E95314">
        <w:rPr>
          <w:rFonts w:ascii="Arial" w:hAnsi="Arial" w:cs="Arial"/>
          <w:b w:val="0"/>
        </w:rPr>
        <w:t xml:space="preserve">, </w:t>
      </w:r>
      <w:proofErr w:type="spellStart"/>
      <w:r w:rsidR="008F2C08" w:rsidRPr="00E95314">
        <w:rPr>
          <w:rFonts w:ascii="Arial" w:hAnsi="Arial" w:cs="Arial"/>
          <w:b w:val="0"/>
        </w:rPr>
        <w:t>X</w:t>
      </w:r>
      <w:r w:rsidRPr="00E95314">
        <w:rPr>
          <w:rFonts w:ascii="Arial" w:hAnsi="Arial" w:cs="Arial"/>
          <w:b w:val="0"/>
        </w:rPr>
        <w:t>iru</w:t>
      </w:r>
      <w:proofErr w:type="spellEnd"/>
      <w:r w:rsidRPr="00E95314">
        <w:rPr>
          <w:rFonts w:ascii="Arial" w:hAnsi="Arial" w:cs="Arial"/>
          <w:b w:val="0"/>
        </w:rPr>
        <w:t xml:space="preserve"> </w:t>
      </w:r>
      <w:proofErr w:type="spellStart"/>
      <w:r w:rsidRPr="00E95314">
        <w:rPr>
          <w:rFonts w:ascii="Arial" w:hAnsi="Arial" w:cs="Arial"/>
          <w:b w:val="0"/>
        </w:rPr>
        <w:t>na</w:t>
      </w:r>
      <w:proofErr w:type="spellEnd"/>
      <w:r w:rsidRPr="00E95314">
        <w:rPr>
          <w:rFonts w:ascii="Arial" w:hAnsi="Arial" w:cs="Arial"/>
          <w:b w:val="0"/>
        </w:rPr>
        <w:t xml:space="preserve"> </w:t>
      </w:r>
      <w:proofErr w:type="spellStart"/>
      <w:r w:rsidRPr="00E95314">
        <w:rPr>
          <w:rFonts w:ascii="Arial" w:hAnsi="Arial" w:cs="Arial"/>
          <w:b w:val="0"/>
        </w:rPr>
        <w:t>Cozinha</w:t>
      </w:r>
      <w:proofErr w:type="spellEnd"/>
      <w:r w:rsidRPr="00E95314">
        <w:rPr>
          <w:rFonts w:ascii="Arial" w:hAnsi="Arial" w:cs="Arial"/>
          <w:b w:val="0"/>
        </w:rPr>
        <w:t xml:space="preserve"> no CTG, um evento maravilhoso, um almoço dançante. Estão de </w:t>
      </w:r>
      <w:r w:rsidRPr="00E95314">
        <w:rPr>
          <w:rFonts w:ascii="Arial" w:hAnsi="Arial" w:cs="Arial"/>
          <w:b w:val="0"/>
        </w:rPr>
        <w:lastRenderedPageBreak/>
        <w:t>parabéns o CTG da nossa cidade</w:t>
      </w:r>
      <w:r w:rsidRPr="00E039FD">
        <w:rPr>
          <w:rFonts w:ascii="Arial" w:hAnsi="Arial" w:cs="Arial"/>
          <w:b w:val="0"/>
        </w:rPr>
        <w:t xml:space="preserve">. A segunda parte que eu quero falar, pessoal, é referente aos requerimentos dos vereadores, nossos pedidos. Quando o vereador faz um pedido através do requerimento, tem prazo para ser respondido. O </w:t>
      </w:r>
      <w:proofErr w:type="spellStart"/>
      <w:r w:rsidRPr="00E039FD">
        <w:rPr>
          <w:rFonts w:ascii="Arial" w:hAnsi="Arial" w:cs="Arial"/>
          <w:b w:val="0"/>
        </w:rPr>
        <w:t>executivo</w:t>
      </w:r>
      <w:proofErr w:type="spellEnd"/>
      <w:r w:rsidRPr="00E039FD">
        <w:rPr>
          <w:rFonts w:ascii="Arial" w:hAnsi="Arial" w:cs="Arial"/>
          <w:b w:val="0"/>
        </w:rPr>
        <w:t xml:space="preserve"> </w:t>
      </w:r>
      <w:proofErr w:type="spellStart"/>
      <w:r w:rsidRPr="00E039FD">
        <w:rPr>
          <w:rFonts w:ascii="Arial" w:hAnsi="Arial" w:cs="Arial"/>
          <w:b w:val="0"/>
        </w:rPr>
        <w:t>tem</w:t>
      </w:r>
      <w:proofErr w:type="spellEnd"/>
      <w:r w:rsidRPr="00E039FD">
        <w:rPr>
          <w:rFonts w:ascii="Arial" w:hAnsi="Arial" w:cs="Arial"/>
          <w:b w:val="0"/>
        </w:rPr>
        <w:t xml:space="preserve"> 30 </w:t>
      </w:r>
      <w:proofErr w:type="spellStart"/>
      <w:r w:rsidRPr="00E039FD">
        <w:rPr>
          <w:rFonts w:ascii="Arial" w:hAnsi="Arial" w:cs="Arial"/>
          <w:b w:val="0"/>
        </w:rPr>
        <w:t>dias</w:t>
      </w:r>
      <w:proofErr w:type="spellEnd"/>
      <w:r w:rsidR="008F2C08" w:rsidRPr="00E039FD">
        <w:rPr>
          <w:rFonts w:ascii="Arial" w:hAnsi="Arial" w:cs="Arial"/>
          <w:b w:val="0"/>
        </w:rPr>
        <w:t xml:space="preserve"> para responder</w:t>
      </w:r>
      <w:r w:rsidRPr="00E039FD">
        <w:rPr>
          <w:rFonts w:ascii="Arial" w:hAnsi="Arial" w:cs="Arial"/>
          <w:b w:val="0"/>
        </w:rPr>
        <w:t xml:space="preserve">. A nossa lei, quando não cita o </w:t>
      </w:r>
      <w:proofErr w:type="spellStart"/>
      <w:r w:rsidRPr="00E039FD">
        <w:rPr>
          <w:rFonts w:ascii="Arial" w:hAnsi="Arial" w:cs="Arial"/>
          <w:b w:val="0"/>
        </w:rPr>
        <w:t>dia</w:t>
      </w:r>
      <w:proofErr w:type="spellEnd"/>
      <w:r w:rsidRPr="00E039FD">
        <w:rPr>
          <w:rFonts w:ascii="Arial" w:hAnsi="Arial" w:cs="Arial"/>
          <w:b w:val="0"/>
        </w:rPr>
        <w:t xml:space="preserve"> que </w:t>
      </w:r>
      <w:proofErr w:type="spellStart"/>
      <w:r w:rsidRPr="00E039FD">
        <w:rPr>
          <w:rFonts w:ascii="Arial" w:hAnsi="Arial" w:cs="Arial"/>
          <w:b w:val="0"/>
        </w:rPr>
        <w:t>não</w:t>
      </w:r>
      <w:proofErr w:type="spellEnd"/>
      <w:r w:rsidRPr="00E039FD">
        <w:rPr>
          <w:rFonts w:ascii="Arial" w:hAnsi="Arial" w:cs="Arial"/>
          <w:b w:val="0"/>
        </w:rPr>
        <w:t xml:space="preserve"> </w:t>
      </w:r>
      <w:proofErr w:type="spellStart"/>
      <w:r w:rsidRPr="00E039FD">
        <w:rPr>
          <w:rFonts w:ascii="Arial" w:hAnsi="Arial" w:cs="Arial"/>
          <w:b w:val="0"/>
        </w:rPr>
        <w:t>desconta</w:t>
      </w:r>
      <w:proofErr w:type="spellEnd"/>
      <w:r w:rsidRPr="00E039FD">
        <w:rPr>
          <w:rFonts w:ascii="Arial" w:hAnsi="Arial" w:cs="Arial"/>
          <w:b w:val="0"/>
        </w:rPr>
        <w:t xml:space="preserve"> </w:t>
      </w:r>
      <w:proofErr w:type="spellStart"/>
      <w:r w:rsidRPr="00E039FD">
        <w:rPr>
          <w:rFonts w:ascii="Arial" w:hAnsi="Arial" w:cs="Arial"/>
          <w:b w:val="0"/>
        </w:rPr>
        <w:t>feriados</w:t>
      </w:r>
      <w:proofErr w:type="spellEnd"/>
      <w:r w:rsidRPr="00E039FD">
        <w:rPr>
          <w:rFonts w:ascii="Arial" w:hAnsi="Arial" w:cs="Arial"/>
          <w:b w:val="0"/>
        </w:rPr>
        <w:t xml:space="preserve">, </w:t>
      </w:r>
      <w:proofErr w:type="spellStart"/>
      <w:r w:rsidRPr="00E039FD">
        <w:rPr>
          <w:rFonts w:ascii="Arial" w:hAnsi="Arial" w:cs="Arial"/>
          <w:b w:val="0"/>
        </w:rPr>
        <w:t>fim</w:t>
      </w:r>
      <w:proofErr w:type="spellEnd"/>
      <w:r w:rsidRPr="00E039FD">
        <w:rPr>
          <w:rFonts w:ascii="Arial" w:hAnsi="Arial" w:cs="Arial"/>
          <w:b w:val="0"/>
        </w:rPr>
        <w:t xml:space="preserve"> de </w:t>
      </w:r>
      <w:proofErr w:type="spellStart"/>
      <w:r w:rsidRPr="00E039FD">
        <w:rPr>
          <w:rFonts w:ascii="Arial" w:hAnsi="Arial" w:cs="Arial"/>
          <w:b w:val="0"/>
        </w:rPr>
        <w:t>semana</w:t>
      </w:r>
      <w:proofErr w:type="spellEnd"/>
      <w:r w:rsidRPr="00E039FD">
        <w:rPr>
          <w:rFonts w:ascii="Arial" w:hAnsi="Arial" w:cs="Arial"/>
          <w:b w:val="0"/>
        </w:rPr>
        <w:t xml:space="preserve">, é </w:t>
      </w:r>
      <w:proofErr w:type="spellStart"/>
      <w:r w:rsidR="008F2C08" w:rsidRPr="00E039FD">
        <w:rPr>
          <w:rFonts w:ascii="Arial" w:hAnsi="Arial" w:cs="Arial"/>
          <w:b w:val="0"/>
        </w:rPr>
        <w:t>contado</w:t>
      </w:r>
      <w:proofErr w:type="spellEnd"/>
      <w:r w:rsidR="008F2C08" w:rsidRPr="00E039FD">
        <w:rPr>
          <w:rFonts w:ascii="Arial" w:hAnsi="Arial" w:cs="Arial"/>
          <w:b w:val="0"/>
        </w:rPr>
        <w:t xml:space="preserve"> </w:t>
      </w:r>
      <w:proofErr w:type="spellStart"/>
      <w:r w:rsidR="008F2C08" w:rsidRPr="00E039FD">
        <w:rPr>
          <w:rFonts w:ascii="Arial" w:hAnsi="Arial" w:cs="Arial"/>
          <w:b w:val="0"/>
        </w:rPr>
        <w:t>os</w:t>
      </w:r>
      <w:proofErr w:type="spellEnd"/>
      <w:r w:rsidR="008F2C08" w:rsidRPr="00E039FD">
        <w:rPr>
          <w:rFonts w:ascii="Arial" w:hAnsi="Arial" w:cs="Arial"/>
          <w:b w:val="0"/>
        </w:rPr>
        <w:t xml:space="preserve"> </w:t>
      </w:r>
      <w:proofErr w:type="spellStart"/>
      <w:r w:rsidRPr="00E039FD">
        <w:rPr>
          <w:rFonts w:ascii="Arial" w:hAnsi="Arial" w:cs="Arial"/>
          <w:b w:val="0"/>
        </w:rPr>
        <w:t>dia</w:t>
      </w:r>
      <w:r w:rsidR="008F2C08" w:rsidRPr="00E039FD">
        <w:rPr>
          <w:rFonts w:ascii="Arial" w:hAnsi="Arial" w:cs="Arial"/>
          <w:b w:val="0"/>
        </w:rPr>
        <w:t>s</w:t>
      </w:r>
      <w:proofErr w:type="spellEnd"/>
      <w:r w:rsidRPr="00E039FD">
        <w:rPr>
          <w:rFonts w:ascii="Arial" w:hAnsi="Arial" w:cs="Arial"/>
          <w:b w:val="0"/>
        </w:rPr>
        <w:t xml:space="preserve"> corrido</w:t>
      </w:r>
      <w:r w:rsidR="008F2C08" w:rsidRPr="00E039FD">
        <w:rPr>
          <w:rFonts w:ascii="Arial" w:hAnsi="Arial" w:cs="Arial"/>
          <w:b w:val="0"/>
        </w:rPr>
        <w:t>s</w:t>
      </w:r>
      <w:r w:rsidRPr="00E039FD">
        <w:rPr>
          <w:rFonts w:ascii="Arial" w:hAnsi="Arial" w:cs="Arial"/>
          <w:b w:val="0"/>
        </w:rPr>
        <w:t>. Tem 30 dias, quando não cita úteis. Então o prefeito tem que se manifestar e mandar retorno para a Câmara do pedido dos nossos vereadores. É muito importante.</w:t>
      </w:r>
      <w:r w:rsidRPr="00E95314">
        <w:rPr>
          <w:rFonts w:ascii="Arial" w:hAnsi="Arial" w:cs="Arial"/>
          <w:b w:val="0"/>
        </w:rPr>
        <w:t xml:space="preserve"> A terceira parte, a quarta parte, então, é a última fala minha, eu queria reforçar, pedir a colaboração de todos os parlamentares dessa casa, a </w:t>
      </w:r>
      <w:proofErr w:type="spellStart"/>
      <w:r w:rsidRPr="00E95314">
        <w:rPr>
          <w:rFonts w:ascii="Arial" w:hAnsi="Arial" w:cs="Arial"/>
          <w:b w:val="0"/>
        </w:rPr>
        <w:t>respeito</w:t>
      </w:r>
      <w:proofErr w:type="spellEnd"/>
      <w:r w:rsidRPr="00E95314">
        <w:rPr>
          <w:rFonts w:ascii="Arial" w:hAnsi="Arial" w:cs="Arial"/>
          <w:b w:val="0"/>
        </w:rPr>
        <w:t xml:space="preserve">, das </w:t>
      </w:r>
      <w:proofErr w:type="spellStart"/>
      <w:r w:rsidRPr="00E95314">
        <w:rPr>
          <w:rFonts w:ascii="Arial" w:hAnsi="Arial" w:cs="Arial"/>
          <w:b w:val="0"/>
        </w:rPr>
        <w:t>restrições</w:t>
      </w:r>
      <w:proofErr w:type="spellEnd"/>
      <w:r w:rsidRPr="00E95314">
        <w:rPr>
          <w:rFonts w:ascii="Arial" w:hAnsi="Arial" w:cs="Arial"/>
          <w:b w:val="0"/>
        </w:rPr>
        <w:t xml:space="preserve"> </w:t>
      </w:r>
      <w:proofErr w:type="spellStart"/>
      <w:r w:rsidRPr="00E95314">
        <w:rPr>
          <w:rFonts w:ascii="Arial" w:hAnsi="Arial" w:cs="Arial"/>
          <w:b w:val="0"/>
        </w:rPr>
        <w:t>eleitorais</w:t>
      </w:r>
      <w:proofErr w:type="spellEnd"/>
      <w:r w:rsidRPr="00E95314">
        <w:rPr>
          <w:rFonts w:ascii="Arial" w:hAnsi="Arial" w:cs="Arial"/>
          <w:b w:val="0"/>
        </w:rPr>
        <w:t xml:space="preserve">. </w:t>
      </w:r>
      <w:proofErr w:type="spellStart"/>
      <w:r w:rsidR="008F2C08" w:rsidRPr="00E95314">
        <w:rPr>
          <w:rFonts w:ascii="Arial" w:hAnsi="Arial" w:cs="Arial"/>
          <w:b w:val="0"/>
        </w:rPr>
        <w:t>E</w:t>
      </w:r>
      <w:r w:rsidRPr="00E95314">
        <w:rPr>
          <w:rFonts w:ascii="Arial" w:hAnsi="Arial" w:cs="Arial"/>
          <w:b w:val="0"/>
        </w:rPr>
        <w:t>ntrou</w:t>
      </w:r>
      <w:proofErr w:type="spellEnd"/>
      <w:r w:rsidRPr="00E95314">
        <w:rPr>
          <w:rFonts w:ascii="Arial" w:hAnsi="Arial" w:cs="Arial"/>
          <w:b w:val="0"/>
        </w:rPr>
        <w:t xml:space="preserve"> </w:t>
      </w:r>
      <w:proofErr w:type="spellStart"/>
      <w:r w:rsidRPr="00E95314">
        <w:rPr>
          <w:rFonts w:ascii="Arial" w:hAnsi="Arial" w:cs="Arial"/>
          <w:b w:val="0"/>
        </w:rPr>
        <w:t>em</w:t>
      </w:r>
      <w:proofErr w:type="spellEnd"/>
      <w:r w:rsidRPr="00E95314">
        <w:rPr>
          <w:rFonts w:ascii="Arial" w:hAnsi="Arial" w:cs="Arial"/>
          <w:b w:val="0"/>
        </w:rPr>
        <w:t xml:space="preserve"> vigor o calendário eleitoral, tem várias câmaras de vereadores suspendendo as transmissões devido às regras e para não correr algum tipo de risco. Como, por exemplo, nós temos que cuidar as divulgações, as ações dos deputados, enfim, parlamentares que mandam emendas para o nosso município. </w:t>
      </w:r>
      <w:proofErr w:type="spellStart"/>
      <w:r w:rsidR="008F2C08" w:rsidRPr="00E95314">
        <w:rPr>
          <w:rFonts w:ascii="Arial" w:hAnsi="Arial" w:cs="Arial"/>
          <w:b w:val="0"/>
        </w:rPr>
        <w:t>Temos</w:t>
      </w:r>
      <w:proofErr w:type="spellEnd"/>
      <w:r w:rsidR="008F2C08" w:rsidRPr="00E95314">
        <w:rPr>
          <w:rFonts w:ascii="Arial" w:hAnsi="Arial" w:cs="Arial"/>
          <w:b w:val="0"/>
        </w:rPr>
        <w:t xml:space="preserve"> que</w:t>
      </w:r>
      <w:r w:rsidRPr="00E95314">
        <w:rPr>
          <w:rFonts w:ascii="Arial" w:hAnsi="Arial" w:cs="Arial"/>
          <w:b w:val="0"/>
        </w:rPr>
        <w:t xml:space="preserve"> </w:t>
      </w:r>
      <w:proofErr w:type="spellStart"/>
      <w:r w:rsidRPr="00E95314">
        <w:rPr>
          <w:rFonts w:ascii="Arial" w:hAnsi="Arial" w:cs="Arial"/>
          <w:b w:val="0"/>
        </w:rPr>
        <w:t>ter</w:t>
      </w:r>
      <w:proofErr w:type="spellEnd"/>
      <w:r w:rsidRPr="00E95314">
        <w:rPr>
          <w:rFonts w:ascii="Arial" w:hAnsi="Arial" w:cs="Arial"/>
          <w:b w:val="0"/>
        </w:rPr>
        <w:t xml:space="preserve"> </w:t>
      </w:r>
      <w:proofErr w:type="spellStart"/>
      <w:r w:rsidRPr="00E95314">
        <w:rPr>
          <w:rFonts w:ascii="Arial" w:hAnsi="Arial" w:cs="Arial"/>
          <w:b w:val="0"/>
        </w:rPr>
        <w:t>muito</w:t>
      </w:r>
      <w:proofErr w:type="spellEnd"/>
      <w:r w:rsidRPr="00E95314">
        <w:rPr>
          <w:rFonts w:ascii="Arial" w:hAnsi="Arial" w:cs="Arial"/>
          <w:b w:val="0"/>
        </w:rPr>
        <w:t xml:space="preserve"> cuidado nessa questão de publicidade institucional. E tem as redes sociais de cada parlamentar, cada parlamentar é livre para se manifestar, porém responde caso aconteça alguma irregularidade. Então não tem por que nós estarmos aqui na tribuna exaltando uma emenda, exaltando uma obra, agora, citando nomes e depois ter que estar respondendo na questão eleitoral do TSE, Tribunal Superior Eleitoral. </w:t>
      </w:r>
      <w:proofErr w:type="spellStart"/>
      <w:r w:rsidR="008F2C08" w:rsidRPr="00E95314">
        <w:rPr>
          <w:rFonts w:ascii="Arial" w:hAnsi="Arial" w:cs="Arial"/>
          <w:b w:val="0"/>
        </w:rPr>
        <w:t>T</w:t>
      </w:r>
      <w:r w:rsidRPr="00E95314">
        <w:rPr>
          <w:rFonts w:ascii="Arial" w:hAnsi="Arial" w:cs="Arial"/>
          <w:b w:val="0"/>
        </w:rPr>
        <w:t>emos</w:t>
      </w:r>
      <w:proofErr w:type="spellEnd"/>
      <w:r w:rsidRPr="00E95314">
        <w:rPr>
          <w:rFonts w:ascii="Arial" w:hAnsi="Arial" w:cs="Arial"/>
          <w:b w:val="0"/>
        </w:rPr>
        <w:t xml:space="preserve"> que </w:t>
      </w:r>
      <w:proofErr w:type="spellStart"/>
      <w:r w:rsidRPr="00E95314">
        <w:rPr>
          <w:rFonts w:ascii="Arial" w:hAnsi="Arial" w:cs="Arial"/>
          <w:b w:val="0"/>
        </w:rPr>
        <w:t>ter</w:t>
      </w:r>
      <w:proofErr w:type="spellEnd"/>
      <w:r w:rsidRPr="00E95314">
        <w:rPr>
          <w:rFonts w:ascii="Arial" w:hAnsi="Arial" w:cs="Arial"/>
          <w:b w:val="0"/>
        </w:rPr>
        <w:t xml:space="preserve"> </w:t>
      </w:r>
      <w:proofErr w:type="spellStart"/>
      <w:r w:rsidRPr="00E95314">
        <w:rPr>
          <w:rFonts w:ascii="Arial" w:hAnsi="Arial" w:cs="Arial"/>
          <w:b w:val="0"/>
        </w:rPr>
        <w:t>cuidado</w:t>
      </w:r>
      <w:proofErr w:type="spellEnd"/>
      <w:r w:rsidRPr="00E95314">
        <w:rPr>
          <w:rFonts w:ascii="Arial" w:hAnsi="Arial" w:cs="Arial"/>
          <w:b w:val="0"/>
        </w:rPr>
        <w:t xml:space="preserve">. Eu peço a compreensão de cada um de vocês. </w:t>
      </w:r>
      <w:proofErr w:type="spellStart"/>
      <w:r w:rsidRPr="00E95314">
        <w:rPr>
          <w:rFonts w:ascii="Arial" w:hAnsi="Arial" w:cs="Arial"/>
          <w:b w:val="0"/>
        </w:rPr>
        <w:t>Estou</w:t>
      </w:r>
      <w:proofErr w:type="spellEnd"/>
      <w:r w:rsidRPr="00E95314">
        <w:rPr>
          <w:rFonts w:ascii="Arial" w:hAnsi="Arial" w:cs="Arial"/>
          <w:b w:val="0"/>
        </w:rPr>
        <w:t xml:space="preserve"> à </w:t>
      </w:r>
      <w:proofErr w:type="spellStart"/>
      <w:r w:rsidRPr="00E95314">
        <w:rPr>
          <w:rFonts w:ascii="Arial" w:hAnsi="Arial" w:cs="Arial"/>
          <w:b w:val="0"/>
        </w:rPr>
        <w:t>disposição</w:t>
      </w:r>
      <w:proofErr w:type="spellEnd"/>
      <w:r w:rsidRPr="00E95314">
        <w:rPr>
          <w:rFonts w:ascii="Arial" w:hAnsi="Arial" w:cs="Arial"/>
          <w:b w:val="0"/>
        </w:rPr>
        <w:t xml:space="preserve"> para </w:t>
      </w:r>
      <w:proofErr w:type="spellStart"/>
      <w:r w:rsidRPr="00E95314">
        <w:rPr>
          <w:rFonts w:ascii="Arial" w:hAnsi="Arial" w:cs="Arial"/>
          <w:b w:val="0"/>
        </w:rPr>
        <w:t>trocar</w:t>
      </w:r>
      <w:r w:rsidR="008F2C08" w:rsidRPr="00E95314">
        <w:rPr>
          <w:rFonts w:ascii="Arial" w:hAnsi="Arial" w:cs="Arial"/>
          <w:b w:val="0"/>
        </w:rPr>
        <w:t>mos</w:t>
      </w:r>
      <w:proofErr w:type="spellEnd"/>
      <w:r w:rsidRPr="00E95314">
        <w:rPr>
          <w:rFonts w:ascii="Arial" w:hAnsi="Arial" w:cs="Arial"/>
          <w:b w:val="0"/>
        </w:rPr>
        <w:t xml:space="preserve"> </w:t>
      </w:r>
      <w:proofErr w:type="spellStart"/>
      <w:r w:rsidRPr="00E95314">
        <w:rPr>
          <w:rFonts w:ascii="Arial" w:hAnsi="Arial" w:cs="Arial"/>
          <w:b w:val="0"/>
        </w:rPr>
        <w:t>id</w:t>
      </w:r>
      <w:r w:rsidR="008F2C08" w:rsidRPr="00E95314">
        <w:rPr>
          <w:rFonts w:ascii="Arial" w:hAnsi="Arial" w:cs="Arial"/>
          <w:b w:val="0"/>
        </w:rPr>
        <w:t>é</w:t>
      </w:r>
      <w:r w:rsidRPr="00E95314">
        <w:rPr>
          <w:rFonts w:ascii="Arial" w:hAnsi="Arial" w:cs="Arial"/>
          <w:b w:val="0"/>
        </w:rPr>
        <w:t>ia</w:t>
      </w:r>
      <w:r w:rsidR="008F2C08" w:rsidRPr="00E95314">
        <w:rPr>
          <w:rFonts w:ascii="Arial" w:hAnsi="Arial" w:cs="Arial"/>
          <w:b w:val="0"/>
        </w:rPr>
        <w:t>s</w:t>
      </w:r>
      <w:proofErr w:type="spellEnd"/>
      <w:r w:rsidRPr="00E95314">
        <w:rPr>
          <w:rFonts w:ascii="Arial" w:hAnsi="Arial" w:cs="Arial"/>
          <w:b w:val="0"/>
        </w:rPr>
        <w:t xml:space="preserve">. Não sei se o melhor caminho é interromper as transmissões das nossas sessões aqui porque tem assuntos importantíssimos da nossa comunidade, que a nossa comunidade precisa de forma transparente receber essas informações. </w:t>
      </w:r>
      <w:r w:rsidR="008F2C08" w:rsidRPr="00E95314">
        <w:rPr>
          <w:rFonts w:ascii="Arial" w:hAnsi="Arial" w:cs="Arial"/>
          <w:b w:val="0"/>
        </w:rPr>
        <w:t xml:space="preserve">Desta forma, </w:t>
      </w:r>
      <w:proofErr w:type="spellStart"/>
      <w:r w:rsidR="008F2C08" w:rsidRPr="00E95314">
        <w:rPr>
          <w:rFonts w:ascii="Arial" w:hAnsi="Arial" w:cs="Arial"/>
          <w:b w:val="0"/>
        </w:rPr>
        <w:t>c</w:t>
      </w:r>
      <w:r w:rsidRPr="00E95314">
        <w:rPr>
          <w:rFonts w:ascii="Arial" w:hAnsi="Arial" w:cs="Arial"/>
          <w:b w:val="0"/>
        </w:rPr>
        <w:t>onto</w:t>
      </w:r>
      <w:proofErr w:type="spellEnd"/>
      <w:r w:rsidRPr="00E95314">
        <w:rPr>
          <w:rFonts w:ascii="Arial" w:hAnsi="Arial" w:cs="Arial"/>
          <w:b w:val="0"/>
        </w:rPr>
        <w:t xml:space="preserve"> </w:t>
      </w:r>
      <w:proofErr w:type="spellStart"/>
      <w:r w:rsidRPr="00E95314">
        <w:rPr>
          <w:rFonts w:ascii="Arial" w:hAnsi="Arial" w:cs="Arial"/>
          <w:b w:val="0"/>
        </w:rPr>
        <w:t>mais</w:t>
      </w:r>
      <w:proofErr w:type="spellEnd"/>
      <w:r w:rsidRPr="00E95314">
        <w:rPr>
          <w:rFonts w:ascii="Arial" w:hAnsi="Arial" w:cs="Arial"/>
          <w:b w:val="0"/>
        </w:rPr>
        <w:t xml:space="preserve"> </w:t>
      </w:r>
      <w:proofErr w:type="spellStart"/>
      <w:r w:rsidRPr="00E95314">
        <w:rPr>
          <w:rFonts w:ascii="Arial" w:hAnsi="Arial" w:cs="Arial"/>
          <w:b w:val="0"/>
        </w:rPr>
        <w:t>uma</w:t>
      </w:r>
      <w:proofErr w:type="spellEnd"/>
      <w:r w:rsidRPr="00E95314">
        <w:rPr>
          <w:rFonts w:ascii="Arial" w:hAnsi="Arial" w:cs="Arial"/>
          <w:b w:val="0"/>
        </w:rPr>
        <w:t xml:space="preserve"> </w:t>
      </w:r>
      <w:proofErr w:type="spellStart"/>
      <w:r w:rsidRPr="00E95314">
        <w:rPr>
          <w:rFonts w:ascii="Arial" w:hAnsi="Arial" w:cs="Arial"/>
          <w:b w:val="0"/>
        </w:rPr>
        <w:t>vez</w:t>
      </w:r>
      <w:proofErr w:type="spellEnd"/>
      <w:r w:rsidRPr="00E95314">
        <w:rPr>
          <w:rFonts w:ascii="Arial" w:hAnsi="Arial" w:cs="Arial"/>
          <w:b w:val="0"/>
        </w:rPr>
        <w:t xml:space="preserve"> com a compreensão de todos. Sei do compromisso de cada um de vocês com a </w:t>
      </w:r>
      <w:proofErr w:type="spellStart"/>
      <w:r w:rsidRPr="00E95314">
        <w:rPr>
          <w:rFonts w:ascii="Arial" w:hAnsi="Arial" w:cs="Arial"/>
          <w:b w:val="0"/>
        </w:rPr>
        <w:t>nossa</w:t>
      </w:r>
      <w:proofErr w:type="spellEnd"/>
      <w:r w:rsidRPr="00E95314">
        <w:rPr>
          <w:rFonts w:ascii="Arial" w:hAnsi="Arial" w:cs="Arial"/>
          <w:b w:val="0"/>
        </w:rPr>
        <w:t xml:space="preserve"> </w:t>
      </w:r>
      <w:proofErr w:type="spellStart"/>
      <w:r w:rsidRPr="00E95314">
        <w:rPr>
          <w:rFonts w:ascii="Arial" w:hAnsi="Arial" w:cs="Arial"/>
          <w:b w:val="0"/>
        </w:rPr>
        <w:t>comunidade</w:t>
      </w:r>
      <w:proofErr w:type="spellEnd"/>
      <w:r w:rsidRPr="00E95314">
        <w:rPr>
          <w:rFonts w:ascii="Arial" w:hAnsi="Arial" w:cs="Arial"/>
          <w:b w:val="0"/>
        </w:rPr>
        <w:t xml:space="preserve">, com a </w:t>
      </w:r>
      <w:proofErr w:type="spellStart"/>
      <w:r w:rsidRPr="00E95314">
        <w:rPr>
          <w:rFonts w:ascii="Arial" w:hAnsi="Arial" w:cs="Arial"/>
          <w:b w:val="0"/>
        </w:rPr>
        <w:t>comunidade</w:t>
      </w:r>
      <w:proofErr w:type="spellEnd"/>
      <w:r w:rsidRPr="00E95314">
        <w:rPr>
          <w:rFonts w:ascii="Arial" w:hAnsi="Arial" w:cs="Arial"/>
          <w:b w:val="0"/>
        </w:rPr>
        <w:t xml:space="preserve"> que </w:t>
      </w:r>
      <w:proofErr w:type="spellStart"/>
      <w:r w:rsidRPr="00E95314">
        <w:rPr>
          <w:rFonts w:ascii="Arial" w:hAnsi="Arial" w:cs="Arial"/>
          <w:b w:val="0"/>
        </w:rPr>
        <w:t>cada</w:t>
      </w:r>
      <w:proofErr w:type="spellEnd"/>
      <w:r w:rsidRPr="00E95314">
        <w:rPr>
          <w:rFonts w:ascii="Arial" w:hAnsi="Arial" w:cs="Arial"/>
          <w:b w:val="0"/>
        </w:rPr>
        <w:t xml:space="preserve"> um </w:t>
      </w:r>
      <w:proofErr w:type="spellStart"/>
      <w:r w:rsidRPr="00E95314">
        <w:rPr>
          <w:rFonts w:ascii="Arial" w:hAnsi="Arial" w:cs="Arial"/>
          <w:b w:val="0"/>
        </w:rPr>
        <w:t>aqui</w:t>
      </w:r>
      <w:proofErr w:type="spellEnd"/>
      <w:r w:rsidRPr="00E95314">
        <w:rPr>
          <w:rFonts w:ascii="Arial" w:hAnsi="Arial" w:cs="Arial"/>
          <w:b w:val="0"/>
        </w:rPr>
        <w:t xml:space="preserve"> </w:t>
      </w:r>
      <w:proofErr w:type="spellStart"/>
      <w:r w:rsidRPr="00E95314">
        <w:rPr>
          <w:rFonts w:ascii="Arial" w:hAnsi="Arial" w:cs="Arial"/>
          <w:b w:val="0"/>
        </w:rPr>
        <w:t>representa</w:t>
      </w:r>
      <w:proofErr w:type="spellEnd"/>
      <w:r w:rsidRPr="00E95314">
        <w:rPr>
          <w:rFonts w:ascii="Arial" w:hAnsi="Arial" w:cs="Arial"/>
          <w:b w:val="0"/>
        </w:rPr>
        <w:t>.</w:t>
      </w:r>
      <w:r w:rsidR="008F2C08" w:rsidRPr="00E95314">
        <w:rPr>
          <w:rFonts w:ascii="Arial" w:hAnsi="Arial" w:cs="Arial"/>
          <w:b w:val="0"/>
        </w:rPr>
        <w:t xml:space="preserve"> </w:t>
      </w:r>
      <w:proofErr w:type="spellStart"/>
      <w:r w:rsidR="008F2C08" w:rsidRPr="00E95314">
        <w:rPr>
          <w:rFonts w:ascii="Arial" w:hAnsi="Arial" w:cs="Arial"/>
          <w:b w:val="0"/>
        </w:rPr>
        <w:t>Finalizo</w:t>
      </w:r>
      <w:proofErr w:type="spellEnd"/>
      <w:r w:rsidR="008F2C08" w:rsidRPr="00E95314">
        <w:rPr>
          <w:rFonts w:ascii="Arial" w:hAnsi="Arial" w:cs="Arial"/>
          <w:b w:val="0"/>
        </w:rPr>
        <w:t xml:space="preserve"> </w:t>
      </w:r>
      <w:proofErr w:type="spellStart"/>
      <w:r w:rsidR="008F2C08" w:rsidRPr="00E95314">
        <w:rPr>
          <w:rFonts w:ascii="Arial" w:hAnsi="Arial" w:cs="Arial"/>
          <w:b w:val="0"/>
        </w:rPr>
        <w:t>deixando</w:t>
      </w:r>
      <w:proofErr w:type="spellEnd"/>
      <w:r w:rsidR="008F2C08" w:rsidRPr="00E95314">
        <w:rPr>
          <w:rFonts w:ascii="Arial" w:hAnsi="Arial" w:cs="Arial"/>
          <w:b w:val="0"/>
        </w:rPr>
        <w:t xml:space="preserve"> </w:t>
      </w:r>
      <w:r w:rsidRPr="00E95314">
        <w:rPr>
          <w:rFonts w:ascii="Arial" w:hAnsi="Arial" w:cs="Arial"/>
          <w:b w:val="0"/>
        </w:rPr>
        <w:t xml:space="preserve">um forte </w:t>
      </w:r>
      <w:proofErr w:type="spellStart"/>
      <w:r w:rsidRPr="00E95314">
        <w:rPr>
          <w:rFonts w:ascii="Arial" w:hAnsi="Arial" w:cs="Arial"/>
          <w:b w:val="0"/>
        </w:rPr>
        <w:t>abraço</w:t>
      </w:r>
      <w:proofErr w:type="spellEnd"/>
      <w:r w:rsidRPr="00E95314">
        <w:rPr>
          <w:rFonts w:ascii="Arial" w:hAnsi="Arial" w:cs="Arial"/>
          <w:b w:val="0"/>
        </w:rPr>
        <w:t xml:space="preserve"> a </w:t>
      </w:r>
      <w:proofErr w:type="spellStart"/>
      <w:r w:rsidRPr="00E95314">
        <w:rPr>
          <w:rFonts w:ascii="Arial" w:hAnsi="Arial" w:cs="Arial"/>
          <w:b w:val="0"/>
        </w:rPr>
        <w:t>cada</w:t>
      </w:r>
      <w:proofErr w:type="spellEnd"/>
      <w:r w:rsidRPr="00E95314">
        <w:rPr>
          <w:rFonts w:ascii="Arial" w:hAnsi="Arial" w:cs="Arial"/>
          <w:b w:val="0"/>
        </w:rPr>
        <w:t xml:space="preserve"> um de vocês e para a nossa comunidade que nos acompanha. Estamos sempre à </w:t>
      </w:r>
      <w:proofErr w:type="spellStart"/>
      <w:r w:rsidRPr="00E95314">
        <w:rPr>
          <w:rFonts w:ascii="Arial" w:hAnsi="Arial" w:cs="Arial"/>
          <w:b w:val="0"/>
        </w:rPr>
        <w:t>disposição</w:t>
      </w:r>
      <w:proofErr w:type="spellEnd"/>
      <w:r w:rsidRPr="00E95314">
        <w:rPr>
          <w:rFonts w:ascii="Arial" w:hAnsi="Arial" w:cs="Arial"/>
          <w:b w:val="0"/>
        </w:rPr>
        <w:t>.</w:t>
      </w:r>
      <w:r w:rsidR="008F2C08" w:rsidRPr="00E95314">
        <w:rPr>
          <w:rFonts w:ascii="Arial" w:hAnsi="Arial" w:cs="Arial"/>
          <w:b w:val="0"/>
        </w:rPr>
        <w:t xml:space="preserve"> </w:t>
      </w:r>
      <w:proofErr w:type="spellStart"/>
      <w:r w:rsidR="008F2C08" w:rsidRPr="00E95314">
        <w:rPr>
          <w:rFonts w:ascii="Arial" w:hAnsi="Arial" w:cs="Arial"/>
          <w:b w:val="0"/>
        </w:rPr>
        <w:t>Vo</w:t>
      </w:r>
      <w:r w:rsidRPr="00E95314">
        <w:rPr>
          <w:rFonts w:ascii="Arial" w:hAnsi="Arial" w:cs="Arial"/>
          <w:b w:val="0"/>
        </w:rPr>
        <w:t>ltando</w:t>
      </w:r>
      <w:proofErr w:type="spellEnd"/>
      <w:r w:rsidRPr="00E95314">
        <w:rPr>
          <w:rFonts w:ascii="Arial" w:hAnsi="Arial" w:cs="Arial"/>
          <w:b w:val="0"/>
        </w:rPr>
        <w:t xml:space="preserve"> </w:t>
      </w:r>
      <w:proofErr w:type="spellStart"/>
      <w:r w:rsidRPr="00E95314">
        <w:rPr>
          <w:rFonts w:ascii="Arial" w:hAnsi="Arial" w:cs="Arial"/>
          <w:b w:val="0"/>
        </w:rPr>
        <w:t>aos</w:t>
      </w:r>
      <w:proofErr w:type="spellEnd"/>
      <w:r w:rsidRPr="00E95314">
        <w:rPr>
          <w:rFonts w:ascii="Arial" w:hAnsi="Arial" w:cs="Arial"/>
          <w:b w:val="0"/>
        </w:rPr>
        <w:t xml:space="preserve"> </w:t>
      </w:r>
      <w:proofErr w:type="spellStart"/>
      <w:r w:rsidRPr="00E95314">
        <w:rPr>
          <w:rFonts w:ascii="Arial" w:hAnsi="Arial" w:cs="Arial"/>
          <w:b w:val="0"/>
        </w:rPr>
        <w:t>trabalhos</w:t>
      </w:r>
      <w:proofErr w:type="spellEnd"/>
      <w:r w:rsidRPr="00E95314">
        <w:rPr>
          <w:rFonts w:ascii="Arial" w:hAnsi="Arial" w:cs="Arial"/>
          <w:b w:val="0"/>
        </w:rPr>
        <w:t xml:space="preserve"> o </w:t>
      </w:r>
      <w:proofErr w:type="spellStart"/>
      <w:r w:rsidRPr="00E95314">
        <w:rPr>
          <w:rFonts w:ascii="Arial" w:hAnsi="Arial" w:cs="Arial"/>
          <w:b w:val="0"/>
        </w:rPr>
        <w:t>presidente</w:t>
      </w:r>
      <w:proofErr w:type="spellEnd"/>
      <w:r w:rsidRPr="00E95314">
        <w:rPr>
          <w:rFonts w:ascii="Arial" w:hAnsi="Arial" w:cs="Arial"/>
          <w:b w:val="0"/>
        </w:rPr>
        <w:t xml:space="preserve"> TUSI. Encerramento. </w:t>
      </w:r>
      <w:r w:rsidR="00DB6059" w:rsidRPr="00E95314">
        <w:rPr>
          <w:rFonts w:ascii="Arial" w:hAnsi="Arial" w:cs="Arial"/>
          <w:b w:val="0"/>
        </w:rPr>
        <w:t xml:space="preserve">O Presidente, </w:t>
      </w:r>
      <w:proofErr w:type="spellStart"/>
      <w:r w:rsidR="00DB6059" w:rsidRPr="00E95314">
        <w:rPr>
          <w:rFonts w:ascii="Arial" w:hAnsi="Arial" w:cs="Arial"/>
          <w:b w:val="0"/>
        </w:rPr>
        <w:t>Vereador</w:t>
      </w:r>
      <w:proofErr w:type="spellEnd"/>
      <w:r w:rsidR="00DB6059" w:rsidRPr="00E95314">
        <w:rPr>
          <w:rFonts w:ascii="Arial" w:hAnsi="Arial" w:cs="Arial"/>
          <w:b w:val="0"/>
        </w:rPr>
        <w:t xml:space="preserve"> Everton Pablo dos Santos Tusi com </w:t>
      </w:r>
      <w:proofErr w:type="gramStart"/>
      <w:r w:rsidR="00DB6059" w:rsidRPr="00E95314">
        <w:rPr>
          <w:rFonts w:ascii="Arial" w:hAnsi="Arial" w:cs="Arial"/>
          <w:b w:val="0"/>
        </w:rPr>
        <w:t>a</w:t>
      </w:r>
      <w:proofErr w:type="gramEnd"/>
      <w:r w:rsidR="00DB6059" w:rsidRPr="00E95314">
        <w:rPr>
          <w:rFonts w:ascii="Arial" w:hAnsi="Arial" w:cs="Arial"/>
          <w:b w:val="0"/>
        </w:rPr>
        <w:t xml:space="preserve"> </w:t>
      </w:r>
      <w:proofErr w:type="spellStart"/>
      <w:r w:rsidR="00DB6059" w:rsidRPr="00E95314">
        <w:rPr>
          <w:rFonts w:ascii="Arial" w:hAnsi="Arial" w:cs="Arial"/>
          <w:b w:val="0"/>
        </w:rPr>
        <w:t>invocação</w:t>
      </w:r>
      <w:proofErr w:type="spellEnd"/>
      <w:r w:rsidR="00DB6059" w:rsidRPr="00E95314">
        <w:rPr>
          <w:rFonts w:ascii="Arial" w:hAnsi="Arial" w:cs="Arial"/>
          <w:b w:val="0"/>
        </w:rPr>
        <w:t xml:space="preserve"> do </w:t>
      </w:r>
      <w:proofErr w:type="spellStart"/>
      <w:r w:rsidR="00DB6059" w:rsidRPr="00E95314">
        <w:rPr>
          <w:rFonts w:ascii="Arial" w:hAnsi="Arial" w:cs="Arial"/>
          <w:b w:val="0"/>
        </w:rPr>
        <w:t>nome</w:t>
      </w:r>
      <w:proofErr w:type="spellEnd"/>
      <w:r w:rsidR="00DB6059" w:rsidRPr="00E95314">
        <w:rPr>
          <w:rFonts w:ascii="Arial" w:hAnsi="Arial" w:cs="Arial"/>
          <w:b w:val="0"/>
        </w:rPr>
        <w:t xml:space="preserve"> de Deus e da </w:t>
      </w:r>
      <w:proofErr w:type="spellStart"/>
      <w:r w:rsidR="00DB6059" w:rsidRPr="00E95314">
        <w:rPr>
          <w:rFonts w:ascii="Arial" w:hAnsi="Arial" w:cs="Arial"/>
          <w:b w:val="0"/>
        </w:rPr>
        <w:t>Pátria</w:t>
      </w:r>
      <w:proofErr w:type="spellEnd"/>
      <w:r w:rsidR="00DB6059" w:rsidRPr="00E95314">
        <w:rPr>
          <w:rFonts w:ascii="Arial" w:hAnsi="Arial" w:cs="Arial"/>
          <w:b w:val="0"/>
        </w:rPr>
        <w:t xml:space="preserve">, </w:t>
      </w:r>
      <w:proofErr w:type="spellStart"/>
      <w:r w:rsidR="00DB6059" w:rsidRPr="00E95314">
        <w:rPr>
          <w:rFonts w:ascii="Arial" w:hAnsi="Arial" w:cs="Arial"/>
          <w:b w:val="0"/>
        </w:rPr>
        <w:t>encerrou</w:t>
      </w:r>
      <w:proofErr w:type="spellEnd"/>
      <w:r w:rsidR="00DB6059" w:rsidRPr="00E95314">
        <w:rPr>
          <w:rFonts w:ascii="Arial" w:hAnsi="Arial" w:cs="Arial"/>
          <w:b w:val="0"/>
        </w:rPr>
        <w:t xml:space="preserve"> a </w:t>
      </w:r>
      <w:proofErr w:type="spellStart"/>
      <w:r w:rsidR="00DB6059" w:rsidRPr="00E95314">
        <w:rPr>
          <w:rFonts w:ascii="Arial" w:hAnsi="Arial" w:cs="Arial"/>
          <w:b w:val="0"/>
        </w:rPr>
        <w:t>Vigésima</w:t>
      </w:r>
      <w:proofErr w:type="spellEnd"/>
      <w:r w:rsidR="00DB6059" w:rsidRPr="00E95314">
        <w:rPr>
          <w:rFonts w:ascii="Arial" w:hAnsi="Arial" w:cs="Arial"/>
          <w:b w:val="0"/>
        </w:rPr>
        <w:t xml:space="preserve"> Nona </w:t>
      </w:r>
      <w:proofErr w:type="spellStart"/>
      <w:r w:rsidR="00DB6059" w:rsidRPr="00E95314">
        <w:rPr>
          <w:rFonts w:ascii="Arial" w:hAnsi="Arial" w:cs="Arial"/>
          <w:b w:val="0"/>
        </w:rPr>
        <w:t>Sessão</w:t>
      </w:r>
      <w:proofErr w:type="spellEnd"/>
      <w:r w:rsidR="00DB6059" w:rsidRPr="00E95314">
        <w:rPr>
          <w:rFonts w:ascii="Arial" w:hAnsi="Arial" w:cs="Arial"/>
          <w:b w:val="0"/>
        </w:rPr>
        <w:t xml:space="preserve"> </w:t>
      </w:r>
      <w:proofErr w:type="spellStart"/>
      <w:r w:rsidR="00DB6059" w:rsidRPr="00E95314">
        <w:rPr>
          <w:rFonts w:ascii="Arial" w:hAnsi="Arial" w:cs="Arial"/>
          <w:b w:val="0"/>
        </w:rPr>
        <w:t>Ordinária</w:t>
      </w:r>
      <w:proofErr w:type="spellEnd"/>
      <w:r w:rsidR="00DB6059" w:rsidRPr="00E95314">
        <w:rPr>
          <w:rFonts w:ascii="Arial" w:hAnsi="Arial" w:cs="Arial"/>
          <w:b w:val="0"/>
        </w:rPr>
        <w:t xml:space="preserve">, </w:t>
      </w:r>
      <w:proofErr w:type="spellStart"/>
      <w:r w:rsidR="00DB6059" w:rsidRPr="00E95314">
        <w:rPr>
          <w:rFonts w:ascii="Arial" w:hAnsi="Arial" w:cs="Arial"/>
          <w:b w:val="0"/>
        </w:rPr>
        <w:t>convocando</w:t>
      </w:r>
      <w:proofErr w:type="spellEnd"/>
      <w:r w:rsidR="00DB6059" w:rsidRPr="00E95314">
        <w:rPr>
          <w:rFonts w:ascii="Arial" w:hAnsi="Arial" w:cs="Arial"/>
          <w:b w:val="0"/>
        </w:rPr>
        <w:t xml:space="preserve"> </w:t>
      </w:r>
      <w:proofErr w:type="spellStart"/>
      <w:r w:rsidR="00DB6059" w:rsidRPr="00E95314">
        <w:rPr>
          <w:rFonts w:ascii="Arial" w:hAnsi="Arial" w:cs="Arial"/>
          <w:b w:val="0"/>
        </w:rPr>
        <w:t>os</w:t>
      </w:r>
      <w:proofErr w:type="spellEnd"/>
      <w:r w:rsidR="00DB6059" w:rsidRPr="00E95314">
        <w:rPr>
          <w:rFonts w:ascii="Arial" w:hAnsi="Arial" w:cs="Arial"/>
          <w:b w:val="0"/>
        </w:rPr>
        <w:t xml:space="preserve"> </w:t>
      </w:r>
      <w:proofErr w:type="spellStart"/>
      <w:r w:rsidR="00DB6059" w:rsidRPr="00E95314">
        <w:rPr>
          <w:rFonts w:ascii="Arial" w:hAnsi="Arial" w:cs="Arial"/>
          <w:b w:val="0"/>
        </w:rPr>
        <w:t>demais</w:t>
      </w:r>
      <w:proofErr w:type="spellEnd"/>
      <w:r w:rsidR="00DB6059" w:rsidRPr="00E95314">
        <w:rPr>
          <w:rFonts w:ascii="Arial" w:hAnsi="Arial" w:cs="Arial"/>
          <w:b w:val="0"/>
        </w:rPr>
        <w:t xml:space="preserve"> </w:t>
      </w:r>
      <w:proofErr w:type="spellStart"/>
      <w:r w:rsidR="00DB6059" w:rsidRPr="00E95314">
        <w:rPr>
          <w:rFonts w:ascii="Arial" w:hAnsi="Arial" w:cs="Arial"/>
          <w:b w:val="0"/>
        </w:rPr>
        <w:t>vereadores</w:t>
      </w:r>
      <w:proofErr w:type="spellEnd"/>
      <w:r w:rsidR="00DB6059" w:rsidRPr="00E95314">
        <w:rPr>
          <w:rFonts w:ascii="Arial" w:hAnsi="Arial" w:cs="Arial"/>
          <w:b w:val="0"/>
        </w:rPr>
        <w:t xml:space="preserve"> p</w:t>
      </w:r>
      <w:r w:rsidRPr="00E95314">
        <w:rPr>
          <w:rFonts w:ascii="Arial" w:hAnsi="Arial" w:cs="Arial"/>
          <w:b w:val="0"/>
        </w:rPr>
        <w:t xml:space="preserve">ara a 30ª </w:t>
      </w:r>
      <w:proofErr w:type="spellStart"/>
      <w:r w:rsidR="00DB6059" w:rsidRPr="00E95314">
        <w:rPr>
          <w:rFonts w:ascii="Arial" w:hAnsi="Arial" w:cs="Arial"/>
          <w:b w:val="0"/>
        </w:rPr>
        <w:t>S</w:t>
      </w:r>
      <w:r w:rsidRPr="00E95314">
        <w:rPr>
          <w:rFonts w:ascii="Arial" w:hAnsi="Arial" w:cs="Arial"/>
          <w:b w:val="0"/>
        </w:rPr>
        <w:t>essão</w:t>
      </w:r>
      <w:proofErr w:type="spellEnd"/>
      <w:r w:rsidRPr="00E95314">
        <w:rPr>
          <w:rFonts w:ascii="Arial" w:hAnsi="Arial" w:cs="Arial"/>
          <w:b w:val="0"/>
        </w:rPr>
        <w:t xml:space="preserve"> </w:t>
      </w:r>
      <w:proofErr w:type="spellStart"/>
      <w:r w:rsidR="00DB6059" w:rsidRPr="00E95314">
        <w:rPr>
          <w:rFonts w:ascii="Arial" w:hAnsi="Arial" w:cs="Arial"/>
          <w:b w:val="0"/>
        </w:rPr>
        <w:t>O</w:t>
      </w:r>
      <w:r w:rsidRPr="00E95314">
        <w:rPr>
          <w:rFonts w:ascii="Arial" w:hAnsi="Arial" w:cs="Arial"/>
          <w:b w:val="0"/>
        </w:rPr>
        <w:t>rdinária</w:t>
      </w:r>
      <w:proofErr w:type="spellEnd"/>
      <w:r w:rsidRPr="00E95314">
        <w:rPr>
          <w:rFonts w:ascii="Arial" w:hAnsi="Arial" w:cs="Arial"/>
          <w:b w:val="0"/>
        </w:rPr>
        <w:t xml:space="preserve"> que </w:t>
      </w:r>
      <w:proofErr w:type="spellStart"/>
      <w:r w:rsidRPr="00E95314">
        <w:rPr>
          <w:rFonts w:ascii="Arial" w:hAnsi="Arial" w:cs="Arial"/>
          <w:b w:val="0"/>
        </w:rPr>
        <w:t>será</w:t>
      </w:r>
      <w:proofErr w:type="spellEnd"/>
      <w:r w:rsidRPr="00E95314">
        <w:rPr>
          <w:rFonts w:ascii="Arial" w:hAnsi="Arial" w:cs="Arial"/>
          <w:b w:val="0"/>
        </w:rPr>
        <w:t xml:space="preserve"> </w:t>
      </w:r>
      <w:proofErr w:type="spellStart"/>
      <w:r w:rsidRPr="00E95314">
        <w:rPr>
          <w:rFonts w:ascii="Arial" w:hAnsi="Arial" w:cs="Arial"/>
          <w:b w:val="0"/>
        </w:rPr>
        <w:t>realizada</w:t>
      </w:r>
      <w:proofErr w:type="spellEnd"/>
      <w:r w:rsidRPr="00E95314">
        <w:rPr>
          <w:rFonts w:ascii="Arial" w:hAnsi="Arial" w:cs="Arial"/>
          <w:b w:val="0"/>
        </w:rPr>
        <w:t xml:space="preserve"> no </w:t>
      </w:r>
      <w:proofErr w:type="spellStart"/>
      <w:r w:rsidRPr="00E95314">
        <w:rPr>
          <w:rFonts w:ascii="Arial" w:hAnsi="Arial" w:cs="Arial"/>
          <w:b w:val="0"/>
        </w:rPr>
        <w:t>próximo</w:t>
      </w:r>
      <w:proofErr w:type="spellEnd"/>
      <w:r w:rsidRPr="00E95314">
        <w:rPr>
          <w:rFonts w:ascii="Arial" w:hAnsi="Arial" w:cs="Arial"/>
          <w:b w:val="0"/>
        </w:rPr>
        <w:t xml:space="preserve"> </w:t>
      </w:r>
      <w:proofErr w:type="spellStart"/>
      <w:r w:rsidRPr="00E95314">
        <w:rPr>
          <w:rFonts w:ascii="Arial" w:hAnsi="Arial" w:cs="Arial"/>
          <w:b w:val="0"/>
        </w:rPr>
        <w:t>dia</w:t>
      </w:r>
      <w:proofErr w:type="spellEnd"/>
      <w:r w:rsidRPr="00E95314">
        <w:rPr>
          <w:rFonts w:ascii="Arial" w:hAnsi="Arial" w:cs="Arial"/>
          <w:b w:val="0"/>
        </w:rPr>
        <w:t xml:space="preserve"> 20 de julho de 2026, às 19h, nas dependências da Câmara Municipal de Vereadores de Tuparendi. Bem como convidamos para a reunião de trabalho a ser realizada no dia 13 de julho de 2026. Uma boa </w:t>
      </w:r>
      <w:proofErr w:type="spellStart"/>
      <w:r w:rsidRPr="00E95314">
        <w:rPr>
          <w:rFonts w:ascii="Arial" w:hAnsi="Arial" w:cs="Arial"/>
          <w:b w:val="0"/>
        </w:rPr>
        <w:t>noite</w:t>
      </w:r>
      <w:proofErr w:type="spellEnd"/>
      <w:r w:rsidRPr="00E95314">
        <w:rPr>
          <w:rFonts w:ascii="Arial" w:hAnsi="Arial" w:cs="Arial"/>
          <w:b w:val="0"/>
        </w:rPr>
        <w:t xml:space="preserve"> a </w:t>
      </w:r>
      <w:proofErr w:type="spellStart"/>
      <w:r w:rsidRPr="00E95314">
        <w:rPr>
          <w:rFonts w:ascii="Arial" w:hAnsi="Arial" w:cs="Arial"/>
          <w:b w:val="0"/>
        </w:rPr>
        <w:t>todos</w:t>
      </w:r>
      <w:proofErr w:type="spellEnd"/>
      <w:r w:rsidRPr="00E95314">
        <w:rPr>
          <w:rFonts w:ascii="Arial" w:hAnsi="Arial" w:cs="Arial"/>
          <w:b w:val="0"/>
        </w:rPr>
        <w:t xml:space="preserve"> e que </w:t>
      </w:r>
      <w:proofErr w:type="spellStart"/>
      <w:r w:rsidRPr="00E95314">
        <w:rPr>
          <w:rFonts w:ascii="Arial" w:hAnsi="Arial" w:cs="Arial"/>
          <w:b w:val="0"/>
        </w:rPr>
        <w:t>tenhamos</w:t>
      </w:r>
      <w:proofErr w:type="spellEnd"/>
      <w:r w:rsidRPr="00E95314">
        <w:rPr>
          <w:rFonts w:ascii="Arial" w:hAnsi="Arial" w:cs="Arial"/>
          <w:b w:val="0"/>
        </w:rPr>
        <w:t xml:space="preserve"> uma ótima semana</w:t>
      </w:r>
      <w:r w:rsidR="00DB6059" w:rsidRPr="00E95314">
        <w:rPr>
          <w:rFonts w:ascii="Arial" w:hAnsi="Arial" w:cs="Arial"/>
          <w:b w:val="0"/>
        </w:rPr>
        <w:t>.</w:t>
      </w:r>
    </w:p>
    <w:p w14:paraId="5FD80F91" w14:textId="77777777" w:rsidR="006165B6" w:rsidRPr="00E95314" w:rsidRDefault="006165B6" w:rsidP="006165B6">
      <w:pPr>
        <w:spacing w:after="0" w:line="240" w:lineRule="auto"/>
        <w:jc w:val="both"/>
        <w:rPr>
          <w:rFonts w:ascii="Arial" w:hAnsi="Arial" w:cs="Arial"/>
          <w:b w:val="0"/>
        </w:rPr>
      </w:pPr>
    </w:p>
    <w:p w14:paraId="0E593961" w14:textId="77777777" w:rsidR="006165B6" w:rsidRPr="00E95314" w:rsidRDefault="006165B6" w:rsidP="006165B6">
      <w:pPr>
        <w:spacing w:after="0" w:line="240" w:lineRule="auto"/>
        <w:jc w:val="both"/>
        <w:rPr>
          <w:rFonts w:ascii="Arial" w:hAnsi="Arial" w:cs="Arial"/>
          <w:b w:val="0"/>
        </w:rPr>
      </w:pPr>
    </w:p>
    <w:p w14:paraId="270CA2B1" w14:textId="77777777" w:rsidR="006165B6" w:rsidRPr="00E95314" w:rsidRDefault="006165B6" w:rsidP="006165B6">
      <w:pPr>
        <w:spacing w:after="0" w:line="240" w:lineRule="auto"/>
        <w:jc w:val="both"/>
        <w:rPr>
          <w:rFonts w:ascii="Arial" w:hAnsi="Arial" w:cs="Arial"/>
          <w:b w:val="0"/>
        </w:rPr>
      </w:pPr>
    </w:p>
    <w:p w14:paraId="287EE746" w14:textId="77777777" w:rsidR="006165B6" w:rsidRPr="00E95314" w:rsidRDefault="006165B6" w:rsidP="006165B6">
      <w:pPr>
        <w:spacing w:after="0" w:line="240" w:lineRule="auto"/>
        <w:jc w:val="both"/>
        <w:rPr>
          <w:rFonts w:ascii="Arial" w:hAnsi="Arial" w:cs="Arial"/>
          <w:b w:val="0"/>
        </w:rPr>
      </w:pPr>
    </w:p>
    <w:p w14:paraId="64E9BB36" w14:textId="2ACA2875" w:rsidR="006165B6" w:rsidRPr="00E95314" w:rsidRDefault="006165B6" w:rsidP="006165B6">
      <w:pPr>
        <w:spacing w:after="0" w:line="240" w:lineRule="auto"/>
        <w:jc w:val="both"/>
        <w:rPr>
          <w:rFonts w:ascii="Arial" w:eastAsia="Times New Roman" w:hAnsi="Arial" w:cs="Arial"/>
          <w:kern w:val="28"/>
          <w:lang w:eastAsia="pt-BR"/>
        </w:rPr>
      </w:pPr>
      <w:r w:rsidRPr="00E95314">
        <w:rPr>
          <w:rFonts w:ascii="Arial" w:eastAsia="Times New Roman" w:hAnsi="Arial" w:cs="Arial"/>
          <w:kern w:val="28"/>
          <w:lang w:eastAsia="pt-BR"/>
        </w:rPr>
        <w:t xml:space="preserve">                                                                                       </w:t>
      </w:r>
    </w:p>
    <w:p w14:paraId="75C0065E" w14:textId="77777777" w:rsidR="006165B6" w:rsidRPr="00E95314" w:rsidRDefault="006165B6" w:rsidP="006165B6">
      <w:pPr>
        <w:widowControl w:val="0"/>
        <w:tabs>
          <w:tab w:val="left" w:pos="3686"/>
        </w:tabs>
        <w:overflowPunct w:val="0"/>
        <w:autoSpaceDE w:val="0"/>
        <w:autoSpaceDN w:val="0"/>
        <w:adjustRightInd w:val="0"/>
        <w:spacing w:after="0" w:line="312" w:lineRule="auto"/>
        <w:ind w:right="51"/>
        <w:jc w:val="both"/>
        <w:rPr>
          <w:rFonts w:ascii="Arial" w:eastAsia="Times New Roman" w:hAnsi="Arial" w:cs="Arial"/>
          <w:lang w:eastAsia="pt-BR"/>
        </w:rPr>
      </w:pPr>
      <w:r w:rsidRPr="00E95314">
        <w:rPr>
          <w:rFonts w:ascii="Arial" w:hAnsi="Arial" w:cs="Arial"/>
          <w:lang w:eastAsia="pt-BR"/>
        </w:rPr>
        <w:t xml:space="preserve">   </w:t>
      </w:r>
      <w:r w:rsidRPr="00E95314">
        <w:rPr>
          <w:rFonts w:ascii="Arial" w:eastAsia="Times New Roman" w:hAnsi="Arial" w:cs="Arial"/>
          <w:lang w:eastAsia="pt-BR"/>
        </w:rPr>
        <w:t>___________________________                  ___________________________</w:t>
      </w:r>
      <w:r w:rsidRPr="00E95314">
        <w:rPr>
          <w:rFonts w:ascii="Arial" w:eastAsia="Times New Roman" w:hAnsi="Arial" w:cs="Arial"/>
          <w:lang w:eastAsia="pt-BR"/>
        </w:rPr>
        <w:br/>
      </w:r>
      <w:r w:rsidRPr="00E95314">
        <w:rPr>
          <w:rFonts w:ascii="Arial" w:hAnsi="Arial" w:cs="Arial"/>
        </w:rPr>
        <w:t xml:space="preserve">Eliza Helena Andrighetti Konzen </w:t>
      </w:r>
      <w:r w:rsidRPr="00E95314">
        <w:rPr>
          <w:rFonts w:ascii="Arial" w:hAnsi="Arial" w:cs="Arial"/>
        </w:rPr>
        <w:tab/>
      </w:r>
      <w:r w:rsidRPr="00E95314">
        <w:rPr>
          <w:rFonts w:ascii="Arial" w:hAnsi="Arial" w:cs="Arial"/>
        </w:rPr>
        <w:tab/>
      </w:r>
      <w:r w:rsidRPr="00E95314">
        <w:rPr>
          <w:rFonts w:ascii="Arial" w:hAnsi="Arial" w:cs="Arial"/>
        </w:rPr>
        <w:tab/>
      </w:r>
      <w:r w:rsidRPr="00E95314">
        <w:rPr>
          <w:rFonts w:ascii="Arial" w:hAnsi="Arial" w:cs="Arial"/>
        </w:rPr>
        <w:tab/>
        <w:t xml:space="preserve">     Everton Pablo dos Santos Tusi</w:t>
      </w:r>
    </w:p>
    <w:p w14:paraId="62C138BC" w14:textId="77777777" w:rsidR="006165B6" w:rsidRPr="00E95314" w:rsidRDefault="006165B6" w:rsidP="006165B6">
      <w:pPr>
        <w:widowControl w:val="0"/>
        <w:tabs>
          <w:tab w:val="left" w:pos="3686"/>
        </w:tabs>
        <w:overflowPunct w:val="0"/>
        <w:autoSpaceDE w:val="0"/>
        <w:autoSpaceDN w:val="0"/>
        <w:adjustRightInd w:val="0"/>
        <w:spacing w:after="0" w:line="312" w:lineRule="auto"/>
        <w:ind w:right="51"/>
        <w:jc w:val="both"/>
        <w:rPr>
          <w:rFonts w:ascii="Arial" w:eastAsia="Times New Roman" w:hAnsi="Arial" w:cs="Arial"/>
          <w:lang w:eastAsia="pt-BR"/>
        </w:rPr>
      </w:pPr>
      <w:r w:rsidRPr="00E95314">
        <w:rPr>
          <w:rFonts w:ascii="Arial" w:eastAsia="Times New Roman" w:hAnsi="Arial" w:cs="Arial"/>
          <w:lang w:eastAsia="pt-BR"/>
        </w:rPr>
        <w:t xml:space="preserve">               </w:t>
      </w:r>
      <w:proofErr w:type="spellStart"/>
      <w:r w:rsidRPr="00E95314">
        <w:rPr>
          <w:rFonts w:ascii="Arial" w:eastAsia="Times New Roman" w:hAnsi="Arial" w:cs="Arial"/>
          <w:lang w:eastAsia="pt-BR"/>
        </w:rPr>
        <w:t>Secretária</w:t>
      </w:r>
      <w:proofErr w:type="spellEnd"/>
      <w:r w:rsidRPr="00E95314">
        <w:rPr>
          <w:rFonts w:ascii="Arial" w:eastAsia="Times New Roman" w:hAnsi="Arial" w:cs="Arial"/>
          <w:lang w:eastAsia="pt-BR"/>
        </w:rPr>
        <w:t xml:space="preserve">                                                                                    Presidente</w:t>
      </w:r>
    </w:p>
    <w:p w14:paraId="29AA766A" w14:textId="77777777" w:rsidR="006165B6" w:rsidRPr="00E95314" w:rsidRDefault="006165B6" w:rsidP="006165B6">
      <w:pPr>
        <w:pStyle w:val="Textbody"/>
        <w:spacing w:line="312" w:lineRule="auto"/>
        <w:rPr>
          <w:rFonts w:cs="Arial"/>
          <w:szCs w:val="22"/>
        </w:rPr>
      </w:pPr>
      <w:r w:rsidRPr="00E95314">
        <w:rPr>
          <w:rFonts w:cs="Arial"/>
          <w:szCs w:val="22"/>
          <w:lang w:eastAsia="pt-BR"/>
        </w:rPr>
        <w:t xml:space="preserve">  </w:t>
      </w:r>
    </w:p>
    <w:p w14:paraId="3A338107" w14:textId="77777777" w:rsidR="006165B6" w:rsidRPr="00E95314" w:rsidRDefault="006165B6">
      <w:pPr>
        <w:spacing w:after="0" w:line="240" w:lineRule="auto"/>
        <w:jc w:val="both"/>
        <w:rPr>
          <w:rFonts w:ascii="Arial" w:hAnsi="Arial" w:cs="Arial"/>
          <w:b w:val="0"/>
        </w:rPr>
      </w:pPr>
    </w:p>
    <w:sectPr w:rsidR="006165B6" w:rsidRPr="00E95314" w:rsidSect="00034616">
      <w:headerReference w:type="default" r:id="rId8"/>
      <w:pgSz w:w="12240" w:h="15840"/>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85155" w14:textId="77777777" w:rsidR="00721FFC" w:rsidRDefault="00721FFC" w:rsidP="00F62F0F">
      <w:pPr>
        <w:spacing w:after="0" w:line="240" w:lineRule="auto"/>
      </w:pPr>
      <w:r>
        <w:separator/>
      </w:r>
    </w:p>
  </w:endnote>
  <w:endnote w:type="continuationSeparator" w:id="0">
    <w:p w14:paraId="50E0BFF8" w14:textId="77777777" w:rsidR="00721FFC" w:rsidRDefault="00721FFC" w:rsidP="00F62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571F" w14:textId="77777777" w:rsidR="00721FFC" w:rsidRDefault="00721FFC" w:rsidP="00F62F0F">
      <w:pPr>
        <w:spacing w:after="0" w:line="240" w:lineRule="auto"/>
      </w:pPr>
      <w:r>
        <w:separator/>
      </w:r>
    </w:p>
  </w:footnote>
  <w:footnote w:type="continuationSeparator" w:id="0">
    <w:p w14:paraId="0C011145" w14:textId="77777777" w:rsidR="00721FFC" w:rsidRDefault="00721FFC" w:rsidP="00F62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F292" w14:textId="77777777" w:rsidR="00F62F0F" w:rsidRDefault="00000000" w:rsidP="00F62F0F">
    <w:pPr>
      <w:keepNext/>
      <w:spacing w:after="0" w:line="360" w:lineRule="auto"/>
      <w:ind w:right="49"/>
      <w:rPr>
        <w:rFonts w:ascii="Arial" w:eastAsia="Times New Roman" w:hAnsi="Arial" w:cs="Arial"/>
        <w:sz w:val="24"/>
        <w:szCs w:val="24"/>
        <w:lang w:eastAsia="pt-BR"/>
      </w:rPr>
    </w:pPr>
    <w:r>
      <w:rPr>
        <w:rFonts w:ascii="Arial" w:eastAsia="Times New Roman" w:hAnsi="Arial" w:cs="Arial"/>
        <w:noProof/>
        <w:sz w:val="24"/>
        <w:szCs w:val="24"/>
        <w:lang w:eastAsia="pt-BR"/>
      </w:rPr>
      <w:object w:dxaOrig="1440" w:dyaOrig="1440" w14:anchorId="01882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89.45pt;margin-top:1.5pt;width:89.25pt;height:87pt;z-index:251658240">
          <v:imagedata r:id="rId1" o:title=""/>
          <w10:wrap type="square" side="left"/>
        </v:shape>
        <o:OLEObject Type="Embed" ProgID="StaticMetafile" ShapeID="_x0000_s1025" DrawAspect="Content" ObjectID="_1845635133" r:id="rId2"/>
      </w:object>
    </w:r>
  </w:p>
  <w:p w14:paraId="276EC58C" w14:textId="77777777" w:rsidR="00F62F0F" w:rsidRDefault="00F62F0F" w:rsidP="00F62F0F">
    <w:pPr>
      <w:keepNext/>
      <w:spacing w:after="0" w:line="360" w:lineRule="auto"/>
      <w:ind w:left="-454" w:right="-964"/>
      <w:rPr>
        <w:rFonts w:ascii="Arial" w:eastAsia="Times New Roman" w:hAnsi="Arial" w:cs="Arial"/>
        <w:sz w:val="24"/>
        <w:szCs w:val="24"/>
        <w:lang w:eastAsia="pt-BR"/>
      </w:rPr>
    </w:pPr>
  </w:p>
  <w:p w14:paraId="5F9D6519" w14:textId="77777777" w:rsidR="00F62F0F" w:rsidRDefault="00F62F0F" w:rsidP="00F62F0F">
    <w:pPr>
      <w:keepNext/>
      <w:spacing w:after="0" w:line="360" w:lineRule="auto"/>
      <w:ind w:left="-454" w:right="-964"/>
      <w:rPr>
        <w:rFonts w:ascii="Arial" w:eastAsia="Times New Roman" w:hAnsi="Arial" w:cs="Arial"/>
        <w:sz w:val="24"/>
        <w:szCs w:val="24"/>
        <w:lang w:eastAsia="pt-BR"/>
      </w:rPr>
    </w:pPr>
  </w:p>
  <w:p w14:paraId="343C56BC" w14:textId="77777777" w:rsidR="00F62F0F" w:rsidRDefault="00F62F0F" w:rsidP="00F62F0F">
    <w:pPr>
      <w:keepNext/>
      <w:spacing w:after="0" w:line="360" w:lineRule="auto"/>
      <w:ind w:left="-454" w:right="-964"/>
      <w:rPr>
        <w:rFonts w:ascii="Arial" w:eastAsia="Times New Roman" w:hAnsi="Arial" w:cs="Arial"/>
        <w:sz w:val="24"/>
        <w:szCs w:val="24"/>
        <w:lang w:eastAsia="pt-BR"/>
      </w:rPr>
    </w:pPr>
  </w:p>
  <w:p w14:paraId="09D83E4C" w14:textId="77777777" w:rsidR="00F62F0F" w:rsidRPr="003F2100" w:rsidRDefault="00F62F0F" w:rsidP="00F62F0F">
    <w:pPr>
      <w:keepNext/>
      <w:spacing w:after="0" w:line="360" w:lineRule="auto"/>
      <w:ind w:right="49"/>
      <w:rPr>
        <w:rFonts w:ascii="Arial" w:eastAsia="Times New Roman" w:hAnsi="Arial" w:cs="Arial"/>
        <w:sz w:val="24"/>
        <w:szCs w:val="24"/>
        <w:lang w:eastAsia="pt-BR"/>
      </w:rPr>
    </w:pPr>
  </w:p>
  <w:p w14:paraId="47DA8E79" w14:textId="77777777" w:rsidR="00F62F0F" w:rsidRPr="001C65EB" w:rsidRDefault="00F62F0F" w:rsidP="00F62F0F">
    <w:pPr>
      <w:keepNext/>
      <w:spacing w:after="0" w:line="360" w:lineRule="auto"/>
      <w:ind w:right="49"/>
      <w:jc w:val="center"/>
      <w:rPr>
        <w:rFonts w:ascii="Arial" w:eastAsia="Times New Roman" w:hAnsi="Arial" w:cs="Arial"/>
        <w:b w:val="0"/>
        <w:sz w:val="24"/>
        <w:szCs w:val="24"/>
        <w:lang w:eastAsia="pt-BR"/>
      </w:rPr>
    </w:pPr>
    <w:r w:rsidRPr="001C65EB">
      <w:rPr>
        <w:rFonts w:ascii="Arial" w:eastAsia="Times New Roman" w:hAnsi="Arial" w:cs="Arial"/>
        <w:sz w:val="24"/>
        <w:szCs w:val="24"/>
        <w:lang w:eastAsia="pt-BR"/>
      </w:rPr>
      <w:t>ESTADO DO RIO GRANDE DO SUL</w:t>
    </w:r>
  </w:p>
  <w:p w14:paraId="26989FE2" w14:textId="77777777" w:rsidR="00F62F0F" w:rsidRDefault="00F62F0F" w:rsidP="00F62F0F">
    <w:pPr>
      <w:keepNext/>
      <w:spacing w:after="0" w:line="360" w:lineRule="auto"/>
      <w:ind w:right="49"/>
      <w:jc w:val="center"/>
      <w:rPr>
        <w:rFonts w:ascii="Arial" w:eastAsia="Times New Roman" w:hAnsi="Arial" w:cs="Arial"/>
        <w:b w:val="0"/>
        <w:bCs/>
        <w:sz w:val="24"/>
        <w:szCs w:val="24"/>
        <w:lang w:eastAsia="pt-BR"/>
      </w:rPr>
    </w:pPr>
    <w:r w:rsidRPr="001C65EB">
      <w:rPr>
        <w:rFonts w:ascii="Arial" w:eastAsia="Times New Roman" w:hAnsi="Arial" w:cs="Arial"/>
        <w:sz w:val="24"/>
        <w:szCs w:val="24"/>
        <w:lang w:eastAsia="pt-BR"/>
      </w:rPr>
      <w:t>CÂMARA</w:t>
    </w:r>
    <w:r w:rsidRPr="001C65EB">
      <w:rPr>
        <w:rFonts w:ascii="Arial" w:eastAsia="Times New Roman" w:hAnsi="Arial" w:cs="Arial"/>
        <w:bCs/>
        <w:sz w:val="24"/>
        <w:szCs w:val="24"/>
        <w:lang w:eastAsia="pt-BR"/>
      </w:rPr>
      <w:t xml:space="preserve"> MUNICIPAL DE TUPARENDI</w:t>
    </w:r>
  </w:p>
  <w:p w14:paraId="0C2D2FA0" w14:textId="77777777" w:rsidR="00F62F0F" w:rsidRDefault="00F62F0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344211761">
    <w:abstractNumId w:val="8"/>
  </w:num>
  <w:num w:numId="2" w16cid:durableId="2135177141">
    <w:abstractNumId w:val="6"/>
  </w:num>
  <w:num w:numId="3" w16cid:durableId="1904024512">
    <w:abstractNumId w:val="5"/>
  </w:num>
  <w:num w:numId="4" w16cid:durableId="894387386">
    <w:abstractNumId w:val="4"/>
  </w:num>
  <w:num w:numId="5" w16cid:durableId="267811235">
    <w:abstractNumId w:val="7"/>
  </w:num>
  <w:num w:numId="6" w16cid:durableId="1855605499">
    <w:abstractNumId w:val="3"/>
  </w:num>
  <w:num w:numId="7" w16cid:durableId="878200855">
    <w:abstractNumId w:val="2"/>
  </w:num>
  <w:num w:numId="8" w16cid:durableId="252780587">
    <w:abstractNumId w:val="1"/>
  </w:num>
  <w:num w:numId="9" w16cid:durableId="1712419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B0D"/>
    <w:rsid w:val="000F72D0"/>
    <w:rsid w:val="0015074B"/>
    <w:rsid w:val="002865AF"/>
    <w:rsid w:val="0029639D"/>
    <w:rsid w:val="00326F90"/>
    <w:rsid w:val="0037430C"/>
    <w:rsid w:val="00385883"/>
    <w:rsid w:val="003D41CA"/>
    <w:rsid w:val="005D40FC"/>
    <w:rsid w:val="006165B6"/>
    <w:rsid w:val="006448A1"/>
    <w:rsid w:val="00721FFC"/>
    <w:rsid w:val="007E24BC"/>
    <w:rsid w:val="008F2C08"/>
    <w:rsid w:val="009046AB"/>
    <w:rsid w:val="009A5913"/>
    <w:rsid w:val="00AA1D8D"/>
    <w:rsid w:val="00B47730"/>
    <w:rsid w:val="00C2299C"/>
    <w:rsid w:val="00C51B3D"/>
    <w:rsid w:val="00CB0664"/>
    <w:rsid w:val="00D57C32"/>
    <w:rsid w:val="00D80160"/>
    <w:rsid w:val="00D804FF"/>
    <w:rsid w:val="00DB6059"/>
    <w:rsid w:val="00E039FD"/>
    <w:rsid w:val="00E95314"/>
    <w:rsid w:val="00F62F0F"/>
    <w:rsid w:val="00FA7D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3EFF00"/>
  <w14:defaultImageDpi w14:val="300"/>
  <w15:docId w15:val="{8C07E9F6-7707-430F-9986-24ADF650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Segoe UI" w:hAnsi="Segoe UI"/>
      <w:b/>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body">
    <w:name w:val="Text body"/>
    <w:basedOn w:val="Normal"/>
    <w:rsid w:val="006165B6"/>
    <w:pPr>
      <w:tabs>
        <w:tab w:val="left" w:pos="0"/>
        <w:tab w:val="left" w:pos="1134"/>
      </w:tabs>
      <w:suppressAutoHyphens/>
      <w:autoSpaceDN w:val="0"/>
      <w:spacing w:after="0" w:line="240" w:lineRule="auto"/>
      <w:jc w:val="both"/>
      <w:textAlignment w:val="baseline"/>
    </w:pPr>
    <w:rPr>
      <w:rFonts w:ascii="Arial" w:eastAsia="Times New Roman" w:hAnsi="Arial" w:cs="Times New Roman"/>
      <w:b w:val="0"/>
      <w:kern w:val="3"/>
      <w:szCs w:val="20"/>
      <w:lang w:val="pt-B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3474</Words>
  <Characters>18764</Characters>
  <Application>Microsoft Office Word</Application>
  <DocSecurity>0</DocSecurity>
  <Lines>156</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Win11</cp:lastModifiedBy>
  <cp:revision>4</cp:revision>
  <cp:lastPrinted>2026-07-15T18:39:00Z</cp:lastPrinted>
  <dcterms:created xsi:type="dcterms:W3CDTF">2026-07-14T13:19:00Z</dcterms:created>
  <dcterms:modified xsi:type="dcterms:W3CDTF">2026-07-15T18:39:00Z</dcterms:modified>
  <cp:category/>
</cp:coreProperties>
</file>