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24CC" w:rsidRPr="00D55502" w:rsidRDefault="00D55502">
      <w:pPr>
        <w:jc w:val="center"/>
        <w:rPr>
          <w:rFonts w:ascii="Times New Roman" w:hAnsi="Times New Roman" w:cs="Times New Roman"/>
        </w:rPr>
      </w:pPr>
      <w:r w:rsidRPr="00D55502">
        <w:rPr>
          <w:rFonts w:ascii="Times New Roman" w:hAnsi="Times New Roman" w:cs="Times New Roman"/>
          <w:b/>
          <w:sz w:val="28"/>
        </w:rPr>
        <w:t>REQUERIMENTO</w:t>
      </w:r>
    </w:p>
    <w:p w:rsidR="00BA24CC" w:rsidRPr="00D55502" w:rsidRDefault="00BA24CC">
      <w:pPr>
        <w:rPr>
          <w:rFonts w:ascii="Times New Roman" w:hAnsi="Times New Roman" w:cs="Times New Roman"/>
        </w:rPr>
      </w:pPr>
    </w:p>
    <w:p w:rsidR="00BA24CC" w:rsidRPr="00D55502" w:rsidRDefault="00D55502">
      <w:pPr>
        <w:rPr>
          <w:rFonts w:ascii="Times New Roman" w:hAnsi="Times New Roman" w:cs="Times New Roman"/>
          <w:b/>
        </w:rPr>
      </w:pPr>
      <w:r w:rsidRPr="00D55502">
        <w:rPr>
          <w:rFonts w:ascii="Times New Roman" w:hAnsi="Times New Roman" w:cs="Times New Roman"/>
          <w:b/>
        </w:rPr>
        <w:t>Senhor Presidente,</w:t>
      </w:r>
      <w:r w:rsidRPr="00D55502">
        <w:rPr>
          <w:rFonts w:ascii="Times New Roman" w:hAnsi="Times New Roman" w:cs="Times New Roman"/>
          <w:b/>
        </w:rPr>
        <w:br/>
        <w:t>Senhores Vereadores,</w:t>
      </w:r>
    </w:p>
    <w:p w:rsidR="00BA24CC" w:rsidRPr="00D55502" w:rsidRDefault="00BA24CC">
      <w:pPr>
        <w:rPr>
          <w:rFonts w:ascii="Times New Roman" w:hAnsi="Times New Roman" w:cs="Times New Roman"/>
        </w:rPr>
      </w:pPr>
    </w:p>
    <w:p w:rsidR="00BA24CC" w:rsidRPr="00D55502" w:rsidRDefault="00D55502" w:rsidP="00D55502">
      <w:pPr>
        <w:jc w:val="both"/>
        <w:rPr>
          <w:rFonts w:ascii="Times New Roman" w:hAnsi="Times New Roman" w:cs="Times New Roman"/>
        </w:rPr>
      </w:pPr>
      <w:r w:rsidRPr="00D55502">
        <w:rPr>
          <w:rFonts w:ascii="Times New Roman" w:hAnsi="Times New Roman" w:cs="Times New Roman"/>
        </w:rPr>
        <w:t xml:space="preserve">A vereadora que subscreve vem, respeitosamente, na forma regimental, requerer ao Poder Executivo Municipal, por </w:t>
      </w:r>
      <w:proofErr w:type="spellStart"/>
      <w:r w:rsidRPr="00D55502">
        <w:rPr>
          <w:rFonts w:ascii="Times New Roman" w:hAnsi="Times New Roman" w:cs="Times New Roman"/>
        </w:rPr>
        <w:t>meio</w:t>
      </w:r>
      <w:proofErr w:type="spellEnd"/>
      <w:r w:rsidRPr="00D55502">
        <w:rPr>
          <w:rFonts w:ascii="Times New Roman" w:hAnsi="Times New Roman" w:cs="Times New Roman"/>
        </w:rPr>
        <w:t xml:space="preserve"> da </w:t>
      </w:r>
      <w:proofErr w:type="spellStart"/>
      <w:r>
        <w:rPr>
          <w:rFonts w:ascii="Times New Roman" w:hAnsi="Times New Roman" w:cs="Times New Roman"/>
        </w:rPr>
        <w:t>S</w:t>
      </w:r>
      <w:bookmarkStart w:id="0" w:name="_GoBack"/>
      <w:bookmarkEnd w:id="0"/>
      <w:r w:rsidRPr="00D55502">
        <w:rPr>
          <w:rFonts w:ascii="Times New Roman" w:hAnsi="Times New Roman" w:cs="Times New Roman"/>
        </w:rPr>
        <w:t>ecretaria</w:t>
      </w:r>
      <w:proofErr w:type="spellEnd"/>
      <w:r w:rsidRPr="00D55502">
        <w:rPr>
          <w:rFonts w:ascii="Times New Roman" w:hAnsi="Times New Roman" w:cs="Times New Roman"/>
        </w:rPr>
        <w:t xml:space="preserve"> </w:t>
      </w:r>
      <w:proofErr w:type="spellStart"/>
      <w:r w:rsidRPr="00D55502">
        <w:rPr>
          <w:rFonts w:ascii="Times New Roman" w:hAnsi="Times New Roman" w:cs="Times New Roman"/>
        </w:rPr>
        <w:t>competente</w:t>
      </w:r>
      <w:proofErr w:type="spellEnd"/>
      <w:r w:rsidRPr="00D55502">
        <w:rPr>
          <w:rFonts w:ascii="Times New Roman" w:hAnsi="Times New Roman" w:cs="Times New Roman"/>
        </w:rPr>
        <w:t xml:space="preserve">, que </w:t>
      </w:r>
      <w:proofErr w:type="spellStart"/>
      <w:r w:rsidRPr="00D55502">
        <w:rPr>
          <w:rFonts w:ascii="Times New Roman" w:hAnsi="Times New Roman" w:cs="Times New Roman"/>
        </w:rPr>
        <w:t>seja</w:t>
      </w:r>
      <w:proofErr w:type="spellEnd"/>
      <w:r w:rsidRPr="00D55502">
        <w:rPr>
          <w:rFonts w:ascii="Times New Roman" w:hAnsi="Times New Roman" w:cs="Times New Roman"/>
        </w:rPr>
        <w:t xml:space="preserve"> realizada a limpeza das sarjetas na localidade </w:t>
      </w:r>
      <w:r w:rsidRPr="00D55502">
        <w:rPr>
          <w:rFonts w:ascii="Times New Roman" w:hAnsi="Times New Roman" w:cs="Times New Roman"/>
        </w:rPr>
        <w:t>de Esquina Bela Aurora.</w:t>
      </w:r>
    </w:p>
    <w:p w:rsidR="00BA24CC" w:rsidRPr="00D55502" w:rsidRDefault="00BA24CC" w:rsidP="00D55502">
      <w:pPr>
        <w:jc w:val="both"/>
        <w:rPr>
          <w:rFonts w:ascii="Times New Roman" w:hAnsi="Times New Roman" w:cs="Times New Roman"/>
        </w:rPr>
      </w:pPr>
    </w:p>
    <w:p w:rsidR="00BA24CC" w:rsidRPr="00D55502" w:rsidRDefault="00D55502" w:rsidP="00D55502">
      <w:pPr>
        <w:jc w:val="center"/>
        <w:rPr>
          <w:rFonts w:ascii="Times New Roman" w:hAnsi="Times New Roman" w:cs="Times New Roman"/>
        </w:rPr>
      </w:pPr>
      <w:r w:rsidRPr="00D55502">
        <w:rPr>
          <w:rFonts w:ascii="Times New Roman" w:hAnsi="Times New Roman" w:cs="Times New Roman"/>
          <w:b/>
        </w:rPr>
        <w:t>Justificativa:</w:t>
      </w:r>
    </w:p>
    <w:p w:rsidR="00BA24CC" w:rsidRPr="00D55502" w:rsidRDefault="00D55502" w:rsidP="00D55502">
      <w:pPr>
        <w:jc w:val="both"/>
        <w:rPr>
          <w:rFonts w:ascii="Times New Roman" w:hAnsi="Times New Roman" w:cs="Times New Roman"/>
        </w:rPr>
      </w:pPr>
      <w:r w:rsidRPr="00D55502">
        <w:rPr>
          <w:rFonts w:ascii="Times New Roman" w:hAnsi="Times New Roman" w:cs="Times New Roman"/>
        </w:rPr>
        <w:t>O presente requerimento se faz necessário tendo em vista que as sarjetas da referida localidade encontram-se com acúmulo de terra, entulhos e vegetação, o que tem dificultado o escoamento adequado da água da chuva. E</w:t>
      </w:r>
      <w:r w:rsidRPr="00D55502">
        <w:rPr>
          <w:rFonts w:ascii="Times New Roman" w:hAnsi="Times New Roman" w:cs="Times New Roman"/>
        </w:rPr>
        <w:t>m dias de precipitação mais intensa, há risco de transbordamento, ocasionando o acúmulo de água e lama que acabam invadindo residências, causando transtornos e prejuízos aos moradores.</w:t>
      </w:r>
    </w:p>
    <w:p w:rsidR="00BA24CC" w:rsidRPr="00D55502" w:rsidRDefault="00D55502" w:rsidP="00D55502">
      <w:pPr>
        <w:jc w:val="both"/>
        <w:rPr>
          <w:rFonts w:ascii="Times New Roman" w:hAnsi="Times New Roman" w:cs="Times New Roman"/>
        </w:rPr>
      </w:pPr>
      <w:r w:rsidRPr="00D55502">
        <w:rPr>
          <w:rFonts w:ascii="Times New Roman" w:hAnsi="Times New Roman" w:cs="Times New Roman"/>
        </w:rPr>
        <w:t>Dessa forma, solicita-se que a limpeza seja realizada com a maior brevi</w:t>
      </w:r>
      <w:r w:rsidRPr="00D55502">
        <w:rPr>
          <w:rFonts w:ascii="Times New Roman" w:hAnsi="Times New Roman" w:cs="Times New Roman"/>
        </w:rPr>
        <w:t>dade possível, a fim de garantir melhores condições de drenagem, segurança e qualidade de vida para a comunidade local.</w:t>
      </w:r>
    </w:p>
    <w:p w:rsidR="00BA24CC" w:rsidRPr="00D55502" w:rsidRDefault="00BA24CC">
      <w:pPr>
        <w:rPr>
          <w:rFonts w:ascii="Times New Roman" w:hAnsi="Times New Roman" w:cs="Times New Roman"/>
        </w:rPr>
      </w:pPr>
    </w:p>
    <w:p w:rsidR="00BA24CC" w:rsidRPr="00D55502" w:rsidRDefault="00505792" w:rsidP="00505792">
      <w:pPr>
        <w:jc w:val="center"/>
        <w:rPr>
          <w:rFonts w:ascii="Times New Roman" w:hAnsi="Times New Roman" w:cs="Times New Roman"/>
        </w:rPr>
      </w:pPr>
      <w:proofErr w:type="spellStart"/>
      <w:r w:rsidRPr="00D55502">
        <w:rPr>
          <w:rFonts w:ascii="Times New Roman" w:hAnsi="Times New Roman" w:cs="Times New Roman"/>
        </w:rPr>
        <w:t>Doutor</w:t>
      </w:r>
      <w:proofErr w:type="spellEnd"/>
      <w:r w:rsidRPr="00D55502">
        <w:rPr>
          <w:rFonts w:ascii="Times New Roman" w:hAnsi="Times New Roman" w:cs="Times New Roman"/>
        </w:rPr>
        <w:t xml:space="preserve"> </w:t>
      </w:r>
      <w:proofErr w:type="spellStart"/>
      <w:r w:rsidRPr="00D55502">
        <w:rPr>
          <w:rFonts w:ascii="Times New Roman" w:hAnsi="Times New Roman" w:cs="Times New Roman"/>
        </w:rPr>
        <w:t>Maurício</w:t>
      </w:r>
      <w:proofErr w:type="spellEnd"/>
      <w:r w:rsidRPr="00D55502">
        <w:rPr>
          <w:rFonts w:ascii="Times New Roman" w:hAnsi="Times New Roman" w:cs="Times New Roman"/>
        </w:rPr>
        <w:t xml:space="preserve"> Cardoso</w:t>
      </w:r>
      <w:r w:rsidR="00D55502" w:rsidRPr="00D55502">
        <w:rPr>
          <w:rFonts w:ascii="Times New Roman" w:hAnsi="Times New Roman" w:cs="Times New Roman"/>
        </w:rPr>
        <w:t xml:space="preserve">, </w:t>
      </w:r>
      <w:r w:rsidRPr="00D55502">
        <w:rPr>
          <w:rFonts w:ascii="Times New Roman" w:hAnsi="Times New Roman" w:cs="Times New Roman"/>
        </w:rPr>
        <w:t>16</w:t>
      </w:r>
      <w:r w:rsidR="00D55502" w:rsidRPr="00D55502">
        <w:rPr>
          <w:rFonts w:ascii="Times New Roman" w:hAnsi="Times New Roman" w:cs="Times New Roman"/>
        </w:rPr>
        <w:t xml:space="preserve"> de </w:t>
      </w:r>
      <w:proofErr w:type="spellStart"/>
      <w:r w:rsidRPr="00D55502">
        <w:rPr>
          <w:rFonts w:ascii="Times New Roman" w:hAnsi="Times New Roman" w:cs="Times New Roman"/>
        </w:rPr>
        <w:t>Março</w:t>
      </w:r>
      <w:proofErr w:type="spellEnd"/>
      <w:r w:rsidR="00D55502" w:rsidRPr="00D55502">
        <w:rPr>
          <w:rFonts w:ascii="Times New Roman" w:hAnsi="Times New Roman" w:cs="Times New Roman"/>
        </w:rPr>
        <w:t xml:space="preserve"> de 2026.</w:t>
      </w:r>
    </w:p>
    <w:p w:rsidR="00BA24CC" w:rsidRPr="00D55502" w:rsidRDefault="00BA24CC">
      <w:pPr>
        <w:rPr>
          <w:rFonts w:ascii="Times New Roman" w:hAnsi="Times New Roman" w:cs="Times New Roman"/>
        </w:rPr>
      </w:pPr>
    </w:p>
    <w:p w:rsidR="00BA24CC" w:rsidRPr="00D55502" w:rsidRDefault="00D55502" w:rsidP="00505792">
      <w:pPr>
        <w:jc w:val="center"/>
        <w:rPr>
          <w:rFonts w:ascii="Times New Roman" w:hAnsi="Times New Roman" w:cs="Times New Roman"/>
          <w:b/>
        </w:rPr>
      </w:pPr>
      <w:r w:rsidRPr="00D55502">
        <w:rPr>
          <w:rFonts w:ascii="Times New Roman" w:hAnsi="Times New Roman" w:cs="Times New Roman"/>
          <w:b/>
        </w:rPr>
        <w:t>Pamela Bender</w:t>
      </w:r>
      <w:r w:rsidRPr="00D55502">
        <w:rPr>
          <w:rFonts w:ascii="Times New Roman" w:hAnsi="Times New Roman" w:cs="Times New Roman"/>
          <w:b/>
        </w:rPr>
        <w:br/>
        <w:t>Vereadora</w:t>
      </w:r>
    </w:p>
    <w:sectPr w:rsidR="00BA24CC" w:rsidRPr="00D5550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05792"/>
    <w:rsid w:val="00AA1D8D"/>
    <w:rsid w:val="00B47730"/>
    <w:rsid w:val="00BA24CC"/>
    <w:rsid w:val="00CB0664"/>
    <w:rsid w:val="00D555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F46513"/>
  <w14:defaultImageDpi w14:val="300"/>
  <w15:docId w15:val="{B146D6F8-AFBF-4966-8D88-0469CFEDA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FFAC68-B0C0-4CB4-8EA3-8855FF9EA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cp:lastPrinted>2026-03-16T18:33:00Z</cp:lastPrinted>
  <dcterms:created xsi:type="dcterms:W3CDTF">2026-03-16T18:33:00Z</dcterms:created>
  <dcterms:modified xsi:type="dcterms:W3CDTF">2026-03-16T18:41:00Z</dcterms:modified>
  <cp:category/>
</cp:coreProperties>
</file>