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E8" w:rsidRDefault="006E52E8">
      <w:pPr>
        <w:jc w:val="center"/>
      </w:pPr>
    </w:p>
    <w:p w:rsidR="006E52E8" w:rsidRDefault="00C3127A">
      <w:pPr>
        <w:jc w:val="center"/>
      </w:pPr>
      <w:r>
        <w:rPr>
          <w:b/>
        </w:rPr>
        <w:t>FICHA DE INSCRIÇÃO – CAMPEONATO MUNICIPAL DE FUTEBOL 7</w:t>
      </w:r>
      <w:r w:rsidR="00031C17">
        <w:rPr>
          <w:b/>
        </w:rPr>
        <w:t xml:space="preserve"> – TAÇA MISSÕES</w:t>
      </w:r>
      <w:r w:rsidR="005D318A">
        <w:rPr>
          <w:b/>
        </w:rPr>
        <w:t xml:space="preserve"> - 2026</w:t>
      </w:r>
    </w:p>
    <w:p w:rsidR="006E52E8" w:rsidRDefault="00C3127A">
      <w:r>
        <w:t>Nome da Equipe: ________________________________________________</w:t>
      </w:r>
    </w:p>
    <w:p w:rsidR="006E52E8" w:rsidRDefault="00C3127A">
      <w:r>
        <w:t>Responsável: _________________________________________________</w:t>
      </w:r>
    </w:p>
    <w:p w:rsidR="006E52E8" w:rsidRDefault="00C3127A">
      <w:r>
        <w:t>Telefone/WhatsApp: ___________________________________________</w:t>
      </w:r>
    </w:p>
    <w:p w:rsidR="006E52E8" w:rsidRDefault="006E52E8"/>
    <w:tbl>
      <w:tblPr>
        <w:tblStyle w:val="Tabelacomgrade"/>
        <w:tblW w:w="10031" w:type="dxa"/>
        <w:tblLook w:val="04A0"/>
      </w:tblPr>
      <w:tblGrid>
        <w:gridCol w:w="460"/>
        <w:gridCol w:w="5035"/>
        <w:gridCol w:w="1843"/>
        <w:gridCol w:w="2693"/>
      </w:tblGrid>
      <w:tr w:rsidR="006E52E8" w:rsidTr="00736B1F">
        <w:tc>
          <w:tcPr>
            <w:tcW w:w="460" w:type="dxa"/>
          </w:tcPr>
          <w:p w:rsidR="006E52E8" w:rsidRDefault="00C3127A">
            <w:r>
              <w:t>Nº</w:t>
            </w:r>
          </w:p>
        </w:tc>
        <w:tc>
          <w:tcPr>
            <w:tcW w:w="5035" w:type="dxa"/>
          </w:tcPr>
          <w:p w:rsidR="006E52E8" w:rsidRDefault="00C3127A">
            <w:r>
              <w:t>Nome Completo</w:t>
            </w:r>
          </w:p>
        </w:tc>
        <w:tc>
          <w:tcPr>
            <w:tcW w:w="1843" w:type="dxa"/>
          </w:tcPr>
          <w:p w:rsidR="006E52E8" w:rsidRDefault="00C3127A">
            <w:r>
              <w:t>Nº do RG</w:t>
            </w:r>
          </w:p>
        </w:tc>
        <w:tc>
          <w:tcPr>
            <w:tcW w:w="2693" w:type="dxa"/>
          </w:tcPr>
          <w:p w:rsidR="006E52E8" w:rsidRDefault="00C3127A">
            <w:r>
              <w:t>Assinatura</w:t>
            </w:r>
          </w:p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01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02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03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04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05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06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07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08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09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10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11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12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13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  <w:tr w:rsidR="006E52E8" w:rsidTr="00736B1F">
        <w:tc>
          <w:tcPr>
            <w:tcW w:w="460" w:type="dxa"/>
          </w:tcPr>
          <w:p w:rsidR="006E52E8" w:rsidRDefault="00C3127A">
            <w:r>
              <w:t>14</w:t>
            </w:r>
          </w:p>
        </w:tc>
        <w:tc>
          <w:tcPr>
            <w:tcW w:w="5035" w:type="dxa"/>
          </w:tcPr>
          <w:p w:rsidR="006E52E8" w:rsidRDefault="006E52E8"/>
        </w:tc>
        <w:tc>
          <w:tcPr>
            <w:tcW w:w="1843" w:type="dxa"/>
          </w:tcPr>
          <w:p w:rsidR="006E52E8" w:rsidRDefault="006E52E8"/>
        </w:tc>
        <w:tc>
          <w:tcPr>
            <w:tcW w:w="2693" w:type="dxa"/>
          </w:tcPr>
          <w:p w:rsidR="006E52E8" w:rsidRDefault="006E52E8"/>
        </w:tc>
      </w:tr>
    </w:tbl>
    <w:p w:rsidR="006E52E8" w:rsidRDefault="006E52E8"/>
    <w:p w:rsidR="006E52E8" w:rsidRDefault="00C3127A">
      <w:r>
        <w:rPr>
          <w:b/>
        </w:rPr>
        <w:t>COMISSÃO TÉCNICA</w:t>
      </w:r>
    </w:p>
    <w:p w:rsidR="006E52E8" w:rsidRDefault="00C3127A">
      <w:r>
        <w:t>Técnico: _________________________________________________</w:t>
      </w:r>
    </w:p>
    <w:p w:rsidR="006E52E8" w:rsidRDefault="00C3127A">
      <w:r>
        <w:t>Nº do RG: _________________________________________________</w:t>
      </w:r>
    </w:p>
    <w:p w:rsidR="006E52E8" w:rsidRDefault="00C3127A">
      <w:r>
        <w:t>Assinatura: _______________________________________________</w:t>
      </w:r>
    </w:p>
    <w:p w:rsidR="006E52E8" w:rsidRDefault="00C3127A">
      <w:r>
        <w:rPr>
          <w:b/>
        </w:rPr>
        <w:t>DECLARAÇÃO</w:t>
      </w:r>
    </w:p>
    <w:p w:rsidR="006E52E8" w:rsidRDefault="00C3127A">
      <w:r>
        <w:t>Declaro que todas as informações são verdadeiras e que os atletas estão aptos a participar conforme o regulamento da competição.</w:t>
      </w:r>
    </w:p>
    <w:p w:rsidR="006E52E8" w:rsidRDefault="00C3127A">
      <w:r>
        <w:t>Local/Data: ________________________________________________</w:t>
      </w:r>
    </w:p>
    <w:p w:rsidR="006E52E8" w:rsidRDefault="00C3127A">
      <w:r>
        <w:t>Assinatura do Responsável: ______________________________</w:t>
      </w:r>
    </w:p>
    <w:sectPr w:rsidR="006E52E8" w:rsidSect="005D318A">
      <w:headerReference w:type="default" r:id="rId8"/>
      <w:footerReference w:type="default" r:id="rId9"/>
      <w:pgSz w:w="12240" w:h="15840"/>
      <w:pgMar w:top="1440" w:right="1800" w:bottom="1440" w:left="1800" w:header="227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235" w:rsidRDefault="00DF2235" w:rsidP="005D318A">
      <w:pPr>
        <w:spacing w:after="0" w:line="240" w:lineRule="auto"/>
      </w:pPr>
      <w:r>
        <w:separator/>
      </w:r>
    </w:p>
  </w:endnote>
  <w:endnote w:type="continuationSeparator" w:id="1">
    <w:p w:rsidR="00DF2235" w:rsidRDefault="00DF2235" w:rsidP="005D3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1F" w:rsidRDefault="00736B1F" w:rsidP="00736B1F">
    <w:pPr>
      <w:pStyle w:val="Rodap"/>
      <w:jc w:val="center"/>
    </w:pPr>
    <w:r>
      <w:t>“Doe órgãos, Doe sangue: Salve Vidas.”</w:t>
    </w:r>
  </w:p>
  <w:p w:rsidR="00736B1F" w:rsidRDefault="00736B1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235" w:rsidRDefault="00DF2235" w:rsidP="005D318A">
      <w:pPr>
        <w:spacing w:after="0" w:line="240" w:lineRule="auto"/>
      </w:pPr>
      <w:r>
        <w:separator/>
      </w:r>
    </w:p>
  </w:footnote>
  <w:footnote w:type="continuationSeparator" w:id="1">
    <w:p w:rsidR="00DF2235" w:rsidRDefault="00DF2235" w:rsidP="005D3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8A" w:rsidRPr="005D318A" w:rsidRDefault="005D318A" w:rsidP="005D318A">
    <w:pPr>
      <w:pStyle w:val="Cabealho"/>
    </w:pPr>
    <w:r>
      <w:rPr>
        <w:noProof/>
        <w:lang w:val="pt-BR" w:eastAsia="pt-BR"/>
      </w:rPr>
      <w:drawing>
        <wp:inline distT="0" distB="0" distL="0" distR="0">
          <wp:extent cx="5482697" cy="1015299"/>
          <wp:effectExtent l="19050" t="0" r="3703" b="0"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1015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1C17"/>
    <w:rsid w:val="00034616"/>
    <w:rsid w:val="0006063C"/>
    <w:rsid w:val="0015074B"/>
    <w:rsid w:val="0029639D"/>
    <w:rsid w:val="00326F90"/>
    <w:rsid w:val="00566AC8"/>
    <w:rsid w:val="005D318A"/>
    <w:rsid w:val="006E52E8"/>
    <w:rsid w:val="00736B1F"/>
    <w:rsid w:val="00830450"/>
    <w:rsid w:val="00AA1D8D"/>
    <w:rsid w:val="00B47730"/>
    <w:rsid w:val="00C3127A"/>
    <w:rsid w:val="00CB0664"/>
    <w:rsid w:val="00DF2235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D3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31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4</cp:revision>
  <cp:lastPrinted>2026-04-27T12:44:00Z</cp:lastPrinted>
  <dcterms:created xsi:type="dcterms:W3CDTF">2026-04-28T01:10:00Z</dcterms:created>
  <dcterms:modified xsi:type="dcterms:W3CDTF">2026-04-29T17:34:00Z</dcterms:modified>
</cp:coreProperties>
</file>